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EB3" w:rsidRDefault="00AC562D">
      <w:pPr>
        <w:jc w:val="center"/>
      </w:pPr>
      <w:r>
        <w:rPr>
          <w:b/>
          <w:color w:val="1F4E79"/>
          <w:sz w:val="40"/>
        </w:rPr>
        <w:t xml:space="preserve"> </w:t>
      </w:r>
      <w:r w:rsidR="00AF0DDD">
        <w:rPr>
          <w:b/>
          <w:color w:val="1F4E79"/>
          <w:sz w:val="40"/>
        </w:rPr>
        <w:t>ADMINISTRACIÓN DE EMPRESAS 2026</w:t>
      </w:r>
      <w:r w:rsidR="00AF0DDD">
        <w:rPr>
          <w:b/>
          <w:color w:val="1F4E79"/>
          <w:sz w:val="40"/>
        </w:rPr>
        <w:br/>
        <w:t>Cronograma de cursadas · Segundo Cuatrimestre</w:t>
      </w:r>
    </w:p>
    <w:p w:rsidR="003A0EB3" w:rsidRDefault="003A0EB3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00"/>
        <w:gridCol w:w="1932"/>
        <w:gridCol w:w="2010"/>
        <w:gridCol w:w="2121"/>
        <w:gridCol w:w="2099"/>
        <w:gridCol w:w="2203"/>
        <w:gridCol w:w="1726"/>
      </w:tblGrid>
      <w:tr w:rsidR="003A0EB3" w:rsidRPr="00925ACE" w:rsidTr="00FB505C">
        <w:trPr>
          <w:jc w:val="center"/>
        </w:trPr>
        <w:tc>
          <w:tcPr>
            <w:tcW w:w="800" w:type="dxa"/>
          </w:tcPr>
          <w:p w:rsidR="003A0EB3" w:rsidRPr="00925ACE" w:rsidRDefault="00AF0DDD">
            <w:pPr>
              <w:rPr>
                <w:sz w:val="32"/>
              </w:rPr>
            </w:pPr>
            <w:proofErr w:type="spellStart"/>
            <w:r w:rsidRPr="00925ACE">
              <w:rPr>
                <w:b/>
                <w:sz w:val="32"/>
              </w:rPr>
              <w:t>Año</w:t>
            </w:r>
            <w:proofErr w:type="spellEnd"/>
          </w:p>
        </w:tc>
        <w:tc>
          <w:tcPr>
            <w:tcW w:w="1932" w:type="dxa"/>
          </w:tcPr>
          <w:p w:rsidR="003A0EB3" w:rsidRPr="00925ACE" w:rsidRDefault="00AF0DDD">
            <w:pPr>
              <w:rPr>
                <w:sz w:val="32"/>
              </w:rPr>
            </w:pPr>
            <w:r w:rsidRPr="00925ACE">
              <w:rPr>
                <w:b/>
                <w:sz w:val="32"/>
              </w:rPr>
              <w:t>Lunes</w:t>
            </w:r>
          </w:p>
        </w:tc>
        <w:tc>
          <w:tcPr>
            <w:tcW w:w="2010" w:type="dxa"/>
          </w:tcPr>
          <w:p w:rsidR="003A0EB3" w:rsidRPr="00925ACE" w:rsidRDefault="00AF0DDD">
            <w:pPr>
              <w:rPr>
                <w:sz w:val="32"/>
              </w:rPr>
            </w:pPr>
            <w:proofErr w:type="spellStart"/>
            <w:r w:rsidRPr="00925ACE">
              <w:rPr>
                <w:b/>
                <w:sz w:val="32"/>
              </w:rPr>
              <w:t>Martes</w:t>
            </w:r>
            <w:proofErr w:type="spellEnd"/>
          </w:p>
        </w:tc>
        <w:tc>
          <w:tcPr>
            <w:tcW w:w="2121" w:type="dxa"/>
          </w:tcPr>
          <w:p w:rsidR="003A0EB3" w:rsidRPr="00925ACE" w:rsidRDefault="00AF0DDD">
            <w:pPr>
              <w:rPr>
                <w:sz w:val="32"/>
              </w:rPr>
            </w:pPr>
            <w:proofErr w:type="spellStart"/>
            <w:r w:rsidRPr="00925ACE">
              <w:rPr>
                <w:b/>
                <w:sz w:val="32"/>
              </w:rPr>
              <w:t>Miércoles</w:t>
            </w:r>
            <w:proofErr w:type="spellEnd"/>
          </w:p>
        </w:tc>
        <w:tc>
          <w:tcPr>
            <w:tcW w:w="2099" w:type="dxa"/>
          </w:tcPr>
          <w:p w:rsidR="003A0EB3" w:rsidRPr="00925ACE" w:rsidRDefault="00AF0DDD">
            <w:pPr>
              <w:rPr>
                <w:sz w:val="32"/>
              </w:rPr>
            </w:pPr>
            <w:proofErr w:type="spellStart"/>
            <w:r w:rsidRPr="00925ACE">
              <w:rPr>
                <w:b/>
                <w:sz w:val="32"/>
              </w:rPr>
              <w:t>Jueves</w:t>
            </w:r>
            <w:proofErr w:type="spellEnd"/>
          </w:p>
        </w:tc>
        <w:tc>
          <w:tcPr>
            <w:tcW w:w="2203" w:type="dxa"/>
          </w:tcPr>
          <w:p w:rsidR="003A0EB3" w:rsidRPr="00925ACE" w:rsidRDefault="00AF0DDD">
            <w:pPr>
              <w:rPr>
                <w:sz w:val="32"/>
              </w:rPr>
            </w:pPr>
            <w:r w:rsidRPr="00925ACE">
              <w:rPr>
                <w:b/>
                <w:sz w:val="32"/>
              </w:rPr>
              <w:t>Viernes</w:t>
            </w:r>
          </w:p>
        </w:tc>
        <w:tc>
          <w:tcPr>
            <w:tcW w:w="1726" w:type="dxa"/>
          </w:tcPr>
          <w:p w:rsidR="003A0EB3" w:rsidRPr="00925ACE" w:rsidRDefault="00AF0DDD">
            <w:pPr>
              <w:rPr>
                <w:sz w:val="32"/>
              </w:rPr>
            </w:pPr>
            <w:r w:rsidRPr="00925ACE">
              <w:rPr>
                <w:b/>
                <w:sz w:val="32"/>
              </w:rPr>
              <w:t>Info</w:t>
            </w:r>
          </w:p>
        </w:tc>
      </w:tr>
      <w:tr w:rsidR="003A0EB3" w:rsidTr="00FB505C">
        <w:trPr>
          <w:jc w:val="center"/>
        </w:trPr>
        <w:tc>
          <w:tcPr>
            <w:tcW w:w="800" w:type="dxa"/>
          </w:tcPr>
          <w:p w:rsidR="000B0B86" w:rsidRDefault="000B0B86">
            <w:pPr>
              <w:rPr>
                <w:sz w:val="52"/>
              </w:rPr>
            </w:pPr>
          </w:p>
          <w:p w:rsidR="003A0EB3" w:rsidRPr="00925ACE" w:rsidRDefault="00AF0DDD">
            <w:pPr>
              <w:rPr>
                <w:sz w:val="52"/>
              </w:rPr>
            </w:pPr>
            <w:r w:rsidRPr="00925ACE">
              <w:rPr>
                <w:sz w:val="52"/>
              </w:rPr>
              <w:t>1°</w:t>
            </w:r>
          </w:p>
        </w:tc>
        <w:tc>
          <w:tcPr>
            <w:tcW w:w="1932" w:type="dxa"/>
          </w:tcPr>
          <w:p w:rsidR="003A0EB3" w:rsidRPr="00925ACE" w:rsidRDefault="00AF0DDD">
            <w:pPr>
              <w:rPr>
                <w:sz w:val="24"/>
              </w:rPr>
            </w:pPr>
            <w:proofErr w:type="spellStart"/>
            <w:r w:rsidRPr="00925ACE">
              <w:rPr>
                <w:b/>
                <w:sz w:val="24"/>
              </w:rPr>
              <w:t>Matemática</w:t>
            </w:r>
            <w:proofErr w:type="spellEnd"/>
            <w:r w:rsidRPr="00925ACE">
              <w:rPr>
                <w:b/>
                <w:sz w:val="24"/>
              </w:rPr>
              <w:t xml:space="preserve"> </w:t>
            </w:r>
            <w:proofErr w:type="spellStart"/>
            <w:r w:rsidRPr="00925ACE">
              <w:rPr>
                <w:b/>
                <w:sz w:val="24"/>
              </w:rPr>
              <w:t>aplicada</w:t>
            </w:r>
            <w:proofErr w:type="spellEnd"/>
            <w:r w:rsidRPr="00925ACE">
              <w:rPr>
                <w:sz w:val="24"/>
              </w:rPr>
              <w:br/>
              <w:t xml:space="preserve">👤 </w:t>
            </w:r>
            <w:proofErr w:type="spellStart"/>
            <w:r w:rsidRPr="00925ACE">
              <w:rPr>
                <w:sz w:val="24"/>
              </w:rPr>
              <w:t>Maschio</w:t>
            </w:r>
            <w:proofErr w:type="spellEnd"/>
            <w:r w:rsidRPr="00925ACE">
              <w:rPr>
                <w:sz w:val="24"/>
              </w:rPr>
              <w:br/>
              <w:t>🕘14:00–18:00</w:t>
            </w:r>
          </w:p>
        </w:tc>
        <w:tc>
          <w:tcPr>
            <w:tcW w:w="2010" w:type="dxa"/>
          </w:tcPr>
          <w:p w:rsidR="00925ACE" w:rsidRPr="00925ACE" w:rsidRDefault="00AF0DDD">
            <w:pPr>
              <w:rPr>
                <w:b/>
                <w:sz w:val="24"/>
              </w:rPr>
            </w:pPr>
            <w:r w:rsidRPr="00925ACE">
              <w:rPr>
                <w:b/>
                <w:sz w:val="24"/>
              </w:rPr>
              <w:t xml:space="preserve">Derecho y </w:t>
            </w:r>
            <w:proofErr w:type="spellStart"/>
            <w:r w:rsidRPr="00925ACE">
              <w:rPr>
                <w:b/>
                <w:sz w:val="24"/>
              </w:rPr>
              <w:t>legislación</w:t>
            </w:r>
            <w:proofErr w:type="spellEnd"/>
          </w:p>
          <w:p w:rsidR="003A0EB3" w:rsidRPr="00925ACE" w:rsidRDefault="00925ACE">
            <w:pPr>
              <w:rPr>
                <w:sz w:val="24"/>
              </w:rPr>
            </w:pPr>
            <w:r w:rsidRPr="00925ACE">
              <w:rPr>
                <w:sz w:val="24"/>
              </w:rPr>
              <w:t xml:space="preserve">Sin prof. </w:t>
            </w:r>
            <w:r w:rsidR="00AF0DDD" w:rsidRPr="00925ACE">
              <w:rPr>
                <w:sz w:val="24"/>
              </w:rPr>
              <w:br/>
              <w:t>🕘15:00–18:00</w:t>
            </w:r>
          </w:p>
        </w:tc>
        <w:tc>
          <w:tcPr>
            <w:tcW w:w="2121" w:type="dxa"/>
          </w:tcPr>
          <w:p w:rsidR="000D55EC" w:rsidRDefault="00AF0DDD" w:rsidP="000D55EC">
            <w:pPr>
              <w:rPr>
                <w:b/>
                <w:sz w:val="24"/>
              </w:rPr>
            </w:pPr>
            <w:r w:rsidRPr="00925ACE">
              <w:rPr>
                <w:b/>
                <w:sz w:val="24"/>
              </w:rPr>
              <w:t xml:space="preserve">IA y </w:t>
            </w:r>
            <w:proofErr w:type="spellStart"/>
            <w:r w:rsidRPr="00925ACE">
              <w:rPr>
                <w:b/>
                <w:sz w:val="24"/>
              </w:rPr>
              <w:t>Tecnologías</w:t>
            </w:r>
            <w:proofErr w:type="spellEnd"/>
            <w:r w:rsidRPr="00925ACE">
              <w:rPr>
                <w:sz w:val="24"/>
              </w:rPr>
              <w:br/>
              <w:t>Contreras</w:t>
            </w:r>
            <w:r w:rsidR="000D55EC">
              <w:rPr>
                <w:sz w:val="24"/>
              </w:rPr>
              <w:t xml:space="preserve"> </w:t>
            </w:r>
            <w:r w:rsidR="002873FD">
              <w:rPr>
                <w:sz w:val="24"/>
              </w:rPr>
              <w:t xml:space="preserve">   9</w:t>
            </w:r>
            <w:r w:rsidRPr="00925ACE">
              <w:rPr>
                <w:sz w:val="24"/>
              </w:rPr>
              <w:t>–1</w:t>
            </w:r>
            <w:r w:rsidR="002873FD">
              <w:rPr>
                <w:sz w:val="24"/>
              </w:rPr>
              <w:t>2</w:t>
            </w:r>
            <w:r w:rsidRPr="00925ACE">
              <w:rPr>
                <w:sz w:val="24"/>
              </w:rPr>
              <w:br/>
            </w:r>
          </w:p>
          <w:p w:rsidR="003A0EB3" w:rsidRPr="00925ACE" w:rsidRDefault="00AF0DDD" w:rsidP="000D55EC">
            <w:pPr>
              <w:rPr>
                <w:sz w:val="24"/>
              </w:rPr>
            </w:pPr>
            <w:proofErr w:type="spellStart"/>
            <w:r w:rsidRPr="00925ACE">
              <w:rPr>
                <w:b/>
                <w:sz w:val="24"/>
              </w:rPr>
              <w:t>Prácticas</w:t>
            </w:r>
            <w:proofErr w:type="spellEnd"/>
            <w:r w:rsidRPr="00925ACE">
              <w:rPr>
                <w:b/>
                <w:sz w:val="24"/>
              </w:rPr>
              <w:t xml:space="preserve"> I</w:t>
            </w:r>
            <w:r w:rsidRPr="00925ACE">
              <w:rPr>
                <w:sz w:val="24"/>
              </w:rPr>
              <w:br/>
            </w:r>
            <w:proofErr w:type="spellStart"/>
            <w:r w:rsidRPr="00925ACE">
              <w:rPr>
                <w:sz w:val="24"/>
              </w:rPr>
              <w:t>Laffitte</w:t>
            </w:r>
            <w:proofErr w:type="spellEnd"/>
            <w:r w:rsidRPr="00925ACE">
              <w:rPr>
                <w:sz w:val="24"/>
              </w:rPr>
              <w:br/>
              <w:t>14:00–17:00</w:t>
            </w:r>
          </w:p>
        </w:tc>
        <w:tc>
          <w:tcPr>
            <w:tcW w:w="2099" w:type="dxa"/>
          </w:tcPr>
          <w:p w:rsidR="003A0EB3" w:rsidRPr="00925ACE" w:rsidRDefault="00AF0DDD" w:rsidP="000D55EC">
            <w:pPr>
              <w:rPr>
                <w:sz w:val="24"/>
              </w:rPr>
            </w:pPr>
            <w:proofErr w:type="spellStart"/>
            <w:r w:rsidRPr="00925ACE">
              <w:rPr>
                <w:b/>
                <w:sz w:val="24"/>
              </w:rPr>
              <w:t>Innovación</w:t>
            </w:r>
            <w:proofErr w:type="spellEnd"/>
            <w:r w:rsidRPr="00925ACE">
              <w:rPr>
                <w:b/>
                <w:sz w:val="24"/>
              </w:rPr>
              <w:t xml:space="preserve"> y </w:t>
            </w:r>
            <w:proofErr w:type="spellStart"/>
            <w:r w:rsidRPr="00925ACE">
              <w:rPr>
                <w:b/>
                <w:sz w:val="24"/>
              </w:rPr>
              <w:t>Emprendimiento</w:t>
            </w:r>
            <w:proofErr w:type="spellEnd"/>
            <w:r w:rsidRPr="00925ACE">
              <w:rPr>
                <w:b/>
                <w:sz w:val="24"/>
              </w:rPr>
              <w:t xml:space="preserve"> I</w:t>
            </w:r>
            <w:r w:rsidR="000D55EC">
              <w:rPr>
                <w:b/>
                <w:sz w:val="24"/>
              </w:rPr>
              <w:t xml:space="preserve"> </w:t>
            </w:r>
            <w:r w:rsidR="000D55EC" w:rsidRPr="000D55EC">
              <w:rPr>
                <w:sz w:val="24"/>
              </w:rPr>
              <w:t>Prof.</w:t>
            </w:r>
            <w:r w:rsidR="000D55EC">
              <w:rPr>
                <w:b/>
                <w:sz w:val="24"/>
              </w:rPr>
              <w:t xml:space="preserve"> </w:t>
            </w:r>
            <w:r w:rsidR="009D6E94">
              <w:rPr>
                <w:sz w:val="24"/>
              </w:rPr>
              <w:t>Alcaraz</w:t>
            </w:r>
            <w:r w:rsidR="009D6E94">
              <w:rPr>
                <w:sz w:val="24"/>
              </w:rPr>
              <w:br/>
              <w:t>18:00–21</w:t>
            </w:r>
            <w:r w:rsidRPr="00925ACE">
              <w:rPr>
                <w:sz w:val="24"/>
              </w:rPr>
              <w:t>:00</w:t>
            </w:r>
          </w:p>
        </w:tc>
        <w:tc>
          <w:tcPr>
            <w:tcW w:w="2203" w:type="dxa"/>
          </w:tcPr>
          <w:p w:rsidR="003A0EB3" w:rsidRPr="00925ACE" w:rsidRDefault="003A0EB3">
            <w:pPr>
              <w:rPr>
                <w:sz w:val="24"/>
              </w:rPr>
            </w:pPr>
          </w:p>
        </w:tc>
        <w:tc>
          <w:tcPr>
            <w:tcW w:w="1726" w:type="dxa"/>
          </w:tcPr>
          <w:p w:rsidR="00AD569E" w:rsidRDefault="00AF0DDD">
            <w:pPr>
              <w:rPr>
                <w:sz w:val="32"/>
              </w:rPr>
            </w:pPr>
            <w:r w:rsidRPr="00AD569E">
              <w:rPr>
                <w:sz w:val="24"/>
              </w:rPr>
              <w:t>Res.6139/25</w:t>
            </w:r>
            <w:r w:rsidRPr="00AD569E">
              <w:rPr>
                <w:sz w:val="32"/>
              </w:rPr>
              <w:br/>
            </w:r>
          </w:p>
          <w:p w:rsidR="003A0EB3" w:rsidRPr="00AD569E" w:rsidRDefault="00AF0DDD">
            <w:pPr>
              <w:rPr>
                <w:sz w:val="32"/>
              </w:rPr>
            </w:pPr>
            <w:r w:rsidRPr="00AD569E">
              <w:rPr>
                <w:sz w:val="32"/>
              </w:rPr>
              <w:t>Aula 8</w:t>
            </w:r>
          </w:p>
        </w:tc>
      </w:tr>
      <w:tr w:rsidR="003A0EB3" w:rsidTr="000D55EC">
        <w:trPr>
          <w:trHeight w:val="2228"/>
          <w:jc w:val="center"/>
        </w:trPr>
        <w:tc>
          <w:tcPr>
            <w:tcW w:w="800" w:type="dxa"/>
          </w:tcPr>
          <w:p w:rsidR="000B0B86" w:rsidRDefault="000B0B86">
            <w:pPr>
              <w:rPr>
                <w:sz w:val="52"/>
              </w:rPr>
            </w:pPr>
          </w:p>
          <w:p w:rsidR="003A0EB3" w:rsidRPr="00925ACE" w:rsidRDefault="00AF0DDD">
            <w:pPr>
              <w:rPr>
                <w:sz w:val="52"/>
              </w:rPr>
            </w:pPr>
            <w:r w:rsidRPr="00925ACE">
              <w:rPr>
                <w:sz w:val="52"/>
              </w:rPr>
              <w:t>2°</w:t>
            </w:r>
          </w:p>
        </w:tc>
        <w:tc>
          <w:tcPr>
            <w:tcW w:w="1932" w:type="dxa"/>
          </w:tcPr>
          <w:p w:rsidR="003A0EB3" w:rsidRPr="00925ACE" w:rsidRDefault="003A0EB3">
            <w:pPr>
              <w:rPr>
                <w:sz w:val="24"/>
              </w:rPr>
            </w:pPr>
          </w:p>
        </w:tc>
        <w:tc>
          <w:tcPr>
            <w:tcW w:w="2010" w:type="dxa"/>
          </w:tcPr>
          <w:p w:rsidR="00095AB4" w:rsidRDefault="00095AB4" w:rsidP="00095AB4">
            <w:pPr>
              <w:rPr>
                <w:sz w:val="24"/>
              </w:rPr>
            </w:pPr>
            <w:proofErr w:type="spellStart"/>
            <w:r w:rsidRPr="00925ACE">
              <w:rPr>
                <w:b/>
                <w:sz w:val="24"/>
              </w:rPr>
              <w:t>Informática</w:t>
            </w:r>
            <w:proofErr w:type="spellEnd"/>
            <w:r w:rsidRPr="00925ACE">
              <w:rPr>
                <w:b/>
                <w:sz w:val="24"/>
              </w:rPr>
              <w:t xml:space="preserve"> </w:t>
            </w:r>
            <w:proofErr w:type="spellStart"/>
            <w:r w:rsidRPr="00925ACE">
              <w:rPr>
                <w:b/>
                <w:sz w:val="24"/>
              </w:rPr>
              <w:t>aplicada</w:t>
            </w:r>
            <w:proofErr w:type="spellEnd"/>
          </w:p>
          <w:p w:rsidR="00095AB4" w:rsidRDefault="00095AB4" w:rsidP="00095AB4">
            <w:pPr>
              <w:rPr>
                <w:sz w:val="24"/>
              </w:rPr>
            </w:pPr>
            <w:r>
              <w:rPr>
                <w:sz w:val="24"/>
              </w:rPr>
              <w:t xml:space="preserve">Sin Prof. </w:t>
            </w:r>
            <w:r w:rsidRPr="00925ACE">
              <w:rPr>
                <w:sz w:val="24"/>
              </w:rPr>
              <w:br/>
            </w:r>
            <w:r>
              <w:rPr>
                <w:sz w:val="24"/>
              </w:rPr>
              <w:t>12-15</w:t>
            </w:r>
          </w:p>
          <w:p w:rsidR="00095AB4" w:rsidRDefault="00095AB4" w:rsidP="00095AB4">
            <w:pPr>
              <w:rPr>
                <w:sz w:val="24"/>
              </w:rPr>
            </w:pPr>
          </w:p>
          <w:p w:rsidR="00925ACE" w:rsidRPr="00925ACE" w:rsidRDefault="00AF0DDD" w:rsidP="00095AB4">
            <w:pPr>
              <w:rPr>
                <w:b/>
                <w:sz w:val="24"/>
              </w:rPr>
            </w:pPr>
            <w:proofErr w:type="spellStart"/>
            <w:r w:rsidRPr="00925ACE">
              <w:rPr>
                <w:b/>
                <w:sz w:val="24"/>
              </w:rPr>
              <w:t>Contabilidad</w:t>
            </w:r>
            <w:proofErr w:type="spellEnd"/>
            <w:r w:rsidRPr="00925ACE">
              <w:rPr>
                <w:b/>
                <w:sz w:val="24"/>
              </w:rPr>
              <w:t xml:space="preserve"> II</w:t>
            </w:r>
          </w:p>
          <w:p w:rsidR="003A0EB3" w:rsidRPr="00925ACE" w:rsidRDefault="00925ACE" w:rsidP="000D55EC">
            <w:pPr>
              <w:rPr>
                <w:sz w:val="24"/>
              </w:rPr>
            </w:pPr>
            <w:r>
              <w:rPr>
                <w:sz w:val="24"/>
              </w:rPr>
              <w:t>Prof. Alcaraz</w:t>
            </w:r>
            <w:r w:rsidR="00AF0DDD" w:rsidRPr="00925ACE">
              <w:rPr>
                <w:sz w:val="24"/>
              </w:rPr>
              <w:br/>
              <w:t>1</w:t>
            </w:r>
            <w:r w:rsidR="001672EC">
              <w:rPr>
                <w:sz w:val="24"/>
              </w:rPr>
              <w:t>5-18</w:t>
            </w:r>
          </w:p>
        </w:tc>
        <w:tc>
          <w:tcPr>
            <w:tcW w:w="2121" w:type="dxa"/>
          </w:tcPr>
          <w:p w:rsidR="001C1640" w:rsidRPr="001C1640" w:rsidRDefault="001C1640" w:rsidP="001C1640">
            <w:pPr>
              <w:rPr>
                <w:sz w:val="24"/>
              </w:rPr>
            </w:pPr>
            <w:r w:rsidRPr="001C1640">
              <w:rPr>
                <w:b/>
                <w:sz w:val="24"/>
              </w:rPr>
              <w:t xml:space="preserve">Derecho </w:t>
            </w:r>
            <w:proofErr w:type="spellStart"/>
            <w:r w:rsidRPr="001C1640">
              <w:rPr>
                <w:b/>
                <w:sz w:val="24"/>
              </w:rPr>
              <w:t>Laboral</w:t>
            </w:r>
            <w:proofErr w:type="spellEnd"/>
          </w:p>
          <w:p w:rsidR="00925ACE" w:rsidRDefault="001C1640" w:rsidP="001C1640">
            <w:pPr>
              <w:rPr>
                <w:sz w:val="24"/>
              </w:rPr>
            </w:pPr>
            <w:r w:rsidRPr="001C1640">
              <w:rPr>
                <w:sz w:val="24"/>
              </w:rPr>
              <w:t xml:space="preserve">Prof. Garodnik </w:t>
            </w:r>
            <w:r>
              <w:rPr>
                <w:sz w:val="24"/>
              </w:rPr>
              <w:br/>
              <w:t>16-19</w:t>
            </w:r>
            <w:bookmarkStart w:id="0" w:name="_GoBack"/>
            <w:bookmarkEnd w:id="0"/>
            <w:r w:rsidR="00AF0DDD" w:rsidRPr="00925ACE">
              <w:rPr>
                <w:sz w:val="24"/>
              </w:rPr>
              <w:br/>
            </w:r>
            <w:r w:rsidR="00AF0DDD" w:rsidRPr="00925ACE">
              <w:rPr>
                <w:sz w:val="24"/>
              </w:rPr>
              <w:br/>
            </w:r>
            <w:proofErr w:type="spellStart"/>
            <w:r w:rsidR="00AF0DDD" w:rsidRPr="00925ACE">
              <w:rPr>
                <w:b/>
                <w:sz w:val="24"/>
              </w:rPr>
              <w:t>Prácticas</w:t>
            </w:r>
            <w:proofErr w:type="spellEnd"/>
            <w:r w:rsidR="00AF0DDD" w:rsidRPr="00925ACE">
              <w:rPr>
                <w:b/>
                <w:sz w:val="24"/>
              </w:rPr>
              <w:t xml:space="preserve"> II</w:t>
            </w:r>
          </w:p>
          <w:p w:rsidR="003A0EB3" w:rsidRPr="00925ACE" w:rsidRDefault="00925ACE">
            <w:pPr>
              <w:rPr>
                <w:sz w:val="24"/>
              </w:rPr>
            </w:pPr>
            <w:r>
              <w:rPr>
                <w:sz w:val="24"/>
              </w:rPr>
              <w:t xml:space="preserve">Sin Prof. </w:t>
            </w:r>
            <w:r w:rsidR="00AF0DDD" w:rsidRPr="00925ACE">
              <w:rPr>
                <w:sz w:val="24"/>
              </w:rPr>
              <w:br/>
              <w:t>19-21</w:t>
            </w:r>
            <w:r w:rsidR="0060367E">
              <w:rPr>
                <w:sz w:val="24"/>
              </w:rPr>
              <w:t xml:space="preserve"> </w:t>
            </w:r>
          </w:p>
        </w:tc>
        <w:tc>
          <w:tcPr>
            <w:tcW w:w="2099" w:type="dxa"/>
          </w:tcPr>
          <w:p w:rsidR="003A0EB3" w:rsidRPr="00925ACE" w:rsidRDefault="003A0EB3" w:rsidP="001C1640">
            <w:pPr>
              <w:rPr>
                <w:sz w:val="24"/>
              </w:rPr>
            </w:pPr>
          </w:p>
        </w:tc>
        <w:tc>
          <w:tcPr>
            <w:tcW w:w="2203" w:type="dxa"/>
          </w:tcPr>
          <w:p w:rsidR="001C1640" w:rsidRPr="00925ACE" w:rsidRDefault="001C1640" w:rsidP="001C1640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Practicas</w:t>
            </w:r>
            <w:proofErr w:type="spellEnd"/>
            <w:r>
              <w:rPr>
                <w:b/>
                <w:sz w:val="24"/>
              </w:rPr>
              <w:t xml:space="preserve"> 2</w:t>
            </w:r>
          </w:p>
          <w:p w:rsidR="001C1640" w:rsidRDefault="001C1640" w:rsidP="001C1640">
            <w:pPr>
              <w:rPr>
                <w:sz w:val="24"/>
              </w:rPr>
            </w:pPr>
            <w:r>
              <w:rPr>
                <w:sz w:val="24"/>
              </w:rPr>
              <w:t xml:space="preserve">Sin </w:t>
            </w:r>
            <w:proofErr w:type="spellStart"/>
            <w:r>
              <w:rPr>
                <w:sz w:val="24"/>
              </w:rPr>
              <w:t>Profesor</w:t>
            </w:r>
            <w:proofErr w:type="spellEnd"/>
          </w:p>
          <w:p w:rsidR="00925ACE" w:rsidRDefault="001C1640" w:rsidP="001C1640">
            <w:pPr>
              <w:rPr>
                <w:sz w:val="24"/>
              </w:rPr>
            </w:pPr>
            <w:r w:rsidRPr="00925ACE">
              <w:rPr>
                <w:sz w:val="24"/>
              </w:rPr>
              <w:t>1</w:t>
            </w:r>
            <w:r>
              <w:rPr>
                <w:sz w:val="24"/>
              </w:rPr>
              <w:t>4-17</w:t>
            </w:r>
            <w:r w:rsidR="00AF0DDD" w:rsidRPr="00925ACE">
              <w:rPr>
                <w:sz w:val="24"/>
              </w:rPr>
              <w:br/>
            </w:r>
            <w:r w:rsidR="00AF0DDD" w:rsidRPr="00925ACE">
              <w:rPr>
                <w:sz w:val="24"/>
              </w:rPr>
              <w:br/>
            </w:r>
            <w:proofErr w:type="spellStart"/>
            <w:r w:rsidR="00AE5070">
              <w:rPr>
                <w:b/>
                <w:sz w:val="24"/>
              </w:rPr>
              <w:t>Historia</w:t>
            </w:r>
            <w:proofErr w:type="spellEnd"/>
            <w:r w:rsidR="00AE5070">
              <w:rPr>
                <w:b/>
                <w:sz w:val="24"/>
              </w:rPr>
              <w:t xml:space="preserve"> </w:t>
            </w:r>
            <w:proofErr w:type="spellStart"/>
            <w:r w:rsidR="00AE5070">
              <w:rPr>
                <w:b/>
                <w:sz w:val="24"/>
              </w:rPr>
              <w:t>Politica</w:t>
            </w:r>
            <w:proofErr w:type="spellEnd"/>
          </w:p>
          <w:p w:rsidR="003A0EB3" w:rsidRPr="00925ACE" w:rsidRDefault="00925ACE">
            <w:pPr>
              <w:rPr>
                <w:sz w:val="24"/>
              </w:rPr>
            </w:pPr>
            <w:r>
              <w:rPr>
                <w:sz w:val="24"/>
              </w:rPr>
              <w:t xml:space="preserve">Prof. </w:t>
            </w:r>
            <w:r w:rsidR="00AE5070">
              <w:rPr>
                <w:sz w:val="24"/>
              </w:rPr>
              <w:t>Yunes</w:t>
            </w:r>
            <w:r w:rsidR="00AF0DDD" w:rsidRPr="00925ACE">
              <w:rPr>
                <w:sz w:val="24"/>
              </w:rPr>
              <w:br/>
              <w:t>17-20</w:t>
            </w:r>
          </w:p>
        </w:tc>
        <w:tc>
          <w:tcPr>
            <w:tcW w:w="1726" w:type="dxa"/>
          </w:tcPr>
          <w:p w:rsidR="00AD569E" w:rsidRDefault="00AD569E">
            <w:pPr>
              <w:rPr>
                <w:sz w:val="32"/>
              </w:rPr>
            </w:pPr>
          </w:p>
          <w:p w:rsidR="00AD569E" w:rsidRDefault="00AD569E">
            <w:pPr>
              <w:rPr>
                <w:sz w:val="32"/>
              </w:rPr>
            </w:pPr>
          </w:p>
          <w:p w:rsidR="003A0EB3" w:rsidRPr="00AD569E" w:rsidRDefault="00AF0DDD">
            <w:pPr>
              <w:rPr>
                <w:sz w:val="32"/>
              </w:rPr>
            </w:pPr>
            <w:r w:rsidRPr="00AD569E">
              <w:rPr>
                <w:sz w:val="32"/>
              </w:rPr>
              <w:t>Aula 6</w:t>
            </w:r>
          </w:p>
        </w:tc>
      </w:tr>
      <w:tr w:rsidR="003A0EB3" w:rsidTr="00FB505C">
        <w:trPr>
          <w:jc w:val="center"/>
        </w:trPr>
        <w:tc>
          <w:tcPr>
            <w:tcW w:w="800" w:type="dxa"/>
          </w:tcPr>
          <w:p w:rsidR="000B0B86" w:rsidRDefault="000B0B86">
            <w:pPr>
              <w:rPr>
                <w:sz w:val="52"/>
              </w:rPr>
            </w:pPr>
          </w:p>
          <w:p w:rsidR="003A0EB3" w:rsidRPr="00925ACE" w:rsidRDefault="00AF0DDD">
            <w:pPr>
              <w:rPr>
                <w:sz w:val="52"/>
              </w:rPr>
            </w:pPr>
            <w:r w:rsidRPr="00925ACE">
              <w:rPr>
                <w:sz w:val="52"/>
              </w:rPr>
              <w:t>3°</w:t>
            </w:r>
          </w:p>
        </w:tc>
        <w:tc>
          <w:tcPr>
            <w:tcW w:w="1932" w:type="dxa"/>
          </w:tcPr>
          <w:p w:rsidR="00925ACE" w:rsidRPr="00925ACE" w:rsidRDefault="00AF0DDD">
            <w:pPr>
              <w:rPr>
                <w:b/>
                <w:sz w:val="24"/>
              </w:rPr>
            </w:pPr>
            <w:proofErr w:type="spellStart"/>
            <w:r w:rsidRPr="00925ACE">
              <w:rPr>
                <w:b/>
                <w:sz w:val="24"/>
              </w:rPr>
              <w:t>Administración</w:t>
            </w:r>
            <w:proofErr w:type="spellEnd"/>
            <w:r w:rsidRPr="00925ACE">
              <w:rPr>
                <w:b/>
                <w:sz w:val="24"/>
              </w:rPr>
              <w:t xml:space="preserve"> </w:t>
            </w:r>
            <w:proofErr w:type="spellStart"/>
            <w:r w:rsidRPr="00925ACE">
              <w:rPr>
                <w:b/>
                <w:sz w:val="24"/>
              </w:rPr>
              <w:t>Financiera</w:t>
            </w:r>
            <w:proofErr w:type="spellEnd"/>
          </w:p>
          <w:p w:rsidR="00925ACE" w:rsidRDefault="00925ACE">
            <w:pPr>
              <w:rPr>
                <w:sz w:val="24"/>
              </w:rPr>
            </w:pPr>
            <w:r>
              <w:rPr>
                <w:sz w:val="24"/>
              </w:rPr>
              <w:t xml:space="preserve">Prof. </w:t>
            </w:r>
            <w:proofErr w:type="spellStart"/>
            <w:r>
              <w:rPr>
                <w:sz w:val="24"/>
              </w:rPr>
              <w:t>Muanna</w:t>
            </w:r>
            <w:proofErr w:type="spellEnd"/>
            <w:r w:rsidR="00AF0DDD" w:rsidRPr="00925ACE">
              <w:rPr>
                <w:sz w:val="24"/>
              </w:rPr>
              <w:br/>
              <w:t>14-17</w:t>
            </w:r>
            <w:r w:rsidR="00AF0DDD" w:rsidRPr="00925ACE">
              <w:rPr>
                <w:sz w:val="24"/>
              </w:rPr>
              <w:br/>
            </w:r>
            <w:r w:rsidR="00AF0DDD" w:rsidRPr="00925ACE">
              <w:rPr>
                <w:sz w:val="24"/>
              </w:rPr>
              <w:br/>
            </w:r>
            <w:proofErr w:type="spellStart"/>
            <w:r w:rsidR="00AF0DDD" w:rsidRPr="00925ACE">
              <w:rPr>
                <w:b/>
                <w:sz w:val="24"/>
              </w:rPr>
              <w:t>Teoría</w:t>
            </w:r>
            <w:proofErr w:type="spellEnd"/>
            <w:r w:rsidR="00AF0DDD" w:rsidRPr="00925ACE">
              <w:rPr>
                <w:b/>
                <w:sz w:val="24"/>
              </w:rPr>
              <w:t xml:space="preserve"> </w:t>
            </w:r>
            <w:proofErr w:type="spellStart"/>
            <w:r w:rsidR="00AF0DDD" w:rsidRPr="00925ACE">
              <w:rPr>
                <w:b/>
                <w:sz w:val="24"/>
              </w:rPr>
              <w:t>Impositiva</w:t>
            </w:r>
            <w:proofErr w:type="spellEnd"/>
          </w:p>
          <w:p w:rsidR="003A0EB3" w:rsidRPr="00925ACE" w:rsidRDefault="00925ACE">
            <w:pPr>
              <w:rPr>
                <w:sz w:val="24"/>
              </w:rPr>
            </w:pPr>
            <w:r>
              <w:rPr>
                <w:sz w:val="24"/>
              </w:rPr>
              <w:t>Prof. Alcaraz</w:t>
            </w:r>
            <w:r w:rsidR="00AF0DDD" w:rsidRPr="00925ACE">
              <w:rPr>
                <w:sz w:val="24"/>
              </w:rPr>
              <w:br/>
              <w:t>17-20</w:t>
            </w:r>
          </w:p>
        </w:tc>
        <w:tc>
          <w:tcPr>
            <w:tcW w:w="2010" w:type="dxa"/>
          </w:tcPr>
          <w:p w:rsidR="00AD569E" w:rsidRDefault="00AF0DDD">
            <w:pPr>
              <w:rPr>
                <w:sz w:val="24"/>
              </w:rPr>
            </w:pPr>
            <w:proofErr w:type="spellStart"/>
            <w:r w:rsidRPr="00AD569E">
              <w:rPr>
                <w:b/>
                <w:sz w:val="24"/>
              </w:rPr>
              <w:t>Prácticas</w:t>
            </w:r>
            <w:proofErr w:type="spellEnd"/>
            <w:r w:rsidRPr="00AD569E">
              <w:rPr>
                <w:b/>
                <w:sz w:val="24"/>
              </w:rPr>
              <w:t xml:space="preserve"> III</w:t>
            </w:r>
          </w:p>
          <w:p w:rsidR="003A0EB3" w:rsidRPr="00925ACE" w:rsidRDefault="00AD569E">
            <w:pPr>
              <w:rPr>
                <w:sz w:val="24"/>
              </w:rPr>
            </w:pPr>
            <w:r>
              <w:rPr>
                <w:sz w:val="24"/>
              </w:rPr>
              <w:t xml:space="preserve">Prof. </w:t>
            </w:r>
            <w:proofErr w:type="spellStart"/>
            <w:r>
              <w:rPr>
                <w:sz w:val="24"/>
              </w:rPr>
              <w:t>Laffitte</w:t>
            </w:r>
            <w:proofErr w:type="spellEnd"/>
            <w:r w:rsidR="00AF0DDD" w:rsidRPr="00925ACE">
              <w:rPr>
                <w:sz w:val="24"/>
              </w:rPr>
              <w:br/>
              <w:t>14:30-17:30</w:t>
            </w:r>
          </w:p>
        </w:tc>
        <w:tc>
          <w:tcPr>
            <w:tcW w:w="2121" w:type="dxa"/>
          </w:tcPr>
          <w:p w:rsidR="00AD569E" w:rsidRDefault="00AF0DDD">
            <w:pPr>
              <w:rPr>
                <w:sz w:val="24"/>
              </w:rPr>
            </w:pPr>
            <w:proofErr w:type="spellStart"/>
            <w:r w:rsidRPr="00AD569E">
              <w:rPr>
                <w:b/>
                <w:sz w:val="24"/>
              </w:rPr>
              <w:t>Ética</w:t>
            </w:r>
            <w:proofErr w:type="spellEnd"/>
          </w:p>
          <w:p w:rsidR="00AD569E" w:rsidRDefault="00AD569E">
            <w:pPr>
              <w:rPr>
                <w:sz w:val="24"/>
              </w:rPr>
            </w:pPr>
            <w:r>
              <w:rPr>
                <w:sz w:val="24"/>
              </w:rPr>
              <w:t>Prof. Heim</w:t>
            </w:r>
            <w:r w:rsidR="00AF0DDD" w:rsidRPr="00925ACE">
              <w:rPr>
                <w:sz w:val="24"/>
              </w:rPr>
              <w:br/>
              <w:t>14-17</w:t>
            </w:r>
            <w:r w:rsidR="00AF0DDD" w:rsidRPr="00925ACE">
              <w:rPr>
                <w:sz w:val="24"/>
              </w:rPr>
              <w:br/>
            </w:r>
            <w:r w:rsidR="00AF0DDD" w:rsidRPr="00925ACE">
              <w:rPr>
                <w:sz w:val="24"/>
              </w:rPr>
              <w:br/>
            </w:r>
            <w:proofErr w:type="spellStart"/>
            <w:r w:rsidR="00AF0DDD" w:rsidRPr="00AD569E">
              <w:rPr>
                <w:b/>
                <w:sz w:val="24"/>
              </w:rPr>
              <w:t>Comercialización</w:t>
            </w:r>
            <w:proofErr w:type="spellEnd"/>
          </w:p>
          <w:p w:rsidR="003A0EB3" w:rsidRPr="00925ACE" w:rsidRDefault="00AD569E">
            <w:pPr>
              <w:rPr>
                <w:sz w:val="24"/>
              </w:rPr>
            </w:pPr>
            <w:r>
              <w:rPr>
                <w:sz w:val="24"/>
              </w:rPr>
              <w:t>Prof. Alcaraz</w:t>
            </w:r>
            <w:r w:rsidR="00AF0DDD" w:rsidRPr="00925ACE">
              <w:rPr>
                <w:sz w:val="24"/>
              </w:rPr>
              <w:br/>
              <w:t>17-20</w:t>
            </w:r>
          </w:p>
        </w:tc>
        <w:tc>
          <w:tcPr>
            <w:tcW w:w="2099" w:type="dxa"/>
          </w:tcPr>
          <w:p w:rsidR="00AD569E" w:rsidRDefault="00AF0DDD">
            <w:pPr>
              <w:rPr>
                <w:sz w:val="24"/>
              </w:rPr>
            </w:pPr>
            <w:proofErr w:type="spellStart"/>
            <w:r w:rsidRPr="00AD569E">
              <w:rPr>
                <w:b/>
                <w:sz w:val="24"/>
              </w:rPr>
              <w:t>Prácticas</w:t>
            </w:r>
            <w:proofErr w:type="spellEnd"/>
            <w:r w:rsidRPr="00AD569E">
              <w:rPr>
                <w:b/>
                <w:sz w:val="24"/>
              </w:rPr>
              <w:t xml:space="preserve"> III</w:t>
            </w:r>
          </w:p>
          <w:p w:rsidR="003A0EB3" w:rsidRPr="00925ACE" w:rsidRDefault="00AD569E">
            <w:pPr>
              <w:rPr>
                <w:sz w:val="24"/>
              </w:rPr>
            </w:pPr>
            <w:r>
              <w:rPr>
                <w:sz w:val="24"/>
              </w:rPr>
              <w:t xml:space="preserve">Prof. </w:t>
            </w:r>
            <w:proofErr w:type="spellStart"/>
            <w:r>
              <w:rPr>
                <w:sz w:val="24"/>
              </w:rPr>
              <w:t>Laffitte</w:t>
            </w:r>
            <w:proofErr w:type="spellEnd"/>
            <w:r w:rsidR="00AF0DDD" w:rsidRPr="00925ACE">
              <w:rPr>
                <w:sz w:val="24"/>
              </w:rPr>
              <w:br/>
              <w:t>14:30-17:30</w:t>
            </w:r>
          </w:p>
        </w:tc>
        <w:tc>
          <w:tcPr>
            <w:tcW w:w="2203" w:type="dxa"/>
          </w:tcPr>
          <w:p w:rsidR="00AD569E" w:rsidRPr="00AD569E" w:rsidRDefault="00AF0DDD">
            <w:pPr>
              <w:rPr>
                <w:b/>
                <w:sz w:val="24"/>
              </w:rPr>
            </w:pPr>
            <w:proofErr w:type="spellStart"/>
            <w:r w:rsidRPr="00AD569E">
              <w:rPr>
                <w:b/>
                <w:sz w:val="24"/>
              </w:rPr>
              <w:t>Planificación</w:t>
            </w:r>
            <w:proofErr w:type="spellEnd"/>
            <w:r w:rsidRPr="00AD569E">
              <w:rPr>
                <w:b/>
                <w:sz w:val="24"/>
              </w:rPr>
              <w:t xml:space="preserve"> </w:t>
            </w:r>
            <w:proofErr w:type="spellStart"/>
            <w:r w:rsidRPr="00AD569E">
              <w:rPr>
                <w:b/>
                <w:sz w:val="24"/>
              </w:rPr>
              <w:t>Estratégica</w:t>
            </w:r>
            <w:proofErr w:type="spellEnd"/>
          </w:p>
          <w:p w:rsidR="003A0EB3" w:rsidRPr="00925ACE" w:rsidRDefault="00AD569E">
            <w:pPr>
              <w:rPr>
                <w:sz w:val="24"/>
              </w:rPr>
            </w:pPr>
            <w:r>
              <w:rPr>
                <w:sz w:val="24"/>
              </w:rPr>
              <w:t xml:space="preserve">Prof. </w:t>
            </w:r>
            <w:proofErr w:type="spellStart"/>
            <w:r>
              <w:rPr>
                <w:sz w:val="24"/>
              </w:rPr>
              <w:t>Laffitte</w:t>
            </w:r>
            <w:proofErr w:type="spellEnd"/>
            <w:r w:rsidR="00AC562D">
              <w:rPr>
                <w:sz w:val="24"/>
              </w:rPr>
              <w:br/>
              <w:t>15-19</w:t>
            </w:r>
          </w:p>
        </w:tc>
        <w:tc>
          <w:tcPr>
            <w:tcW w:w="1726" w:type="dxa"/>
          </w:tcPr>
          <w:p w:rsidR="00AD569E" w:rsidRDefault="00AD569E">
            <w:pPr>
              <w:rPr>
                <w:sz w:val="32"/>
              </w:rPr>
            </w:pPr>
          </w:p>
          <w:p w:rsidR="00AD569E" w:rsidRDefault="00AD569E">
            <w:pPr>
              <w:rPr>
                <w:sz w:val="32"/>
              </w:rPr>
            </w:pPr>
          </w:p>
          <w:p w:rsidR="003A0EB3" w:rsidRPr="00AD569E" w:rsidRDefault="00AF0DDD">
            <w:pPr>
              <w:rPr>
                <w:sz w:val="32"/>
              </w:rPr>
            </w:pPr>
            <w:r w:rsidRPr="00AD569E">
              <w:rPr>
                <w:sz w:val="32"/>
              </w:rPr>
              <w:t>Aula 4</w:t>
            </w:r>
          </w:p>
        </w:tc>
      </w:tr>
    </w:tbl>
    <w:p w:rsidR="00AF0DDD" w:rsidRDefault="00AF0DDD"/>
    <w:sectPr w:rsidR="00AF0DDD" w:rsidSect="00925ACE">
      <w:pgSz w:w="15840" w:h="12240" w:orient="landscape"/>
      <w:pgMar w:top="993" w:right="1440" w:bottom="61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5AB4"/>
    <w:rsid w:val="000B0B86"/>
    <w:rsid w:val="000D55EC"/>
    <w:rsid w:val="000E6C1B"/>
    <w:rsid w:val="0015074B"/>
    <w:rsid w:val="001672EC"/>
    <w:rsid w:val="001C1640"/>
    <w:rsid w:val="002873FD"/>
    <w:rsid w:val="0029639D"/>
    <w:rsid w:val="00326F90"/>
    <w:rsid w:val="003A0EB3"/>
    <w:rsid w:val="0060367E"/>
    <w:rsid w:val="00925ACE"/>
    <w:rsid w:val="009D6E94"/>
    <w:rsid w:val="00AA1D8D"/>
    <w:rsid w:val="00AC562D"/>
    <w:rsid w:val="00AD569E"/>
    <w:rsid w:val="00AE5070"/>
    <w:rsid w:val="00AF0DDD"/>
    <w:rsid w:val="00B47730"/>
    <w:rsid w:val="00CB0664"/>
    <w:rsid w:val="00FB50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69447BF-DB2F-4F1A-8FF8-A2B4DCA4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uesto">
    <w:name w:val="Title"/>
    <w:basedOn w:val="Normal"/>
    <w:next w:val="Normal"/>
    <w:link w:val="Puest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2D8831-3A49-4F5E-91EA-44B8BB463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Full name</cp:lastModifiedBy>
  <cp:revision>11</cp:revision>
  <dcterms:created xsi:type="dcterms:W3CDTF">2026-07-02T13:54:00Z</dcterms:created>
  <dcterms:modified xsi:type="dcterms:W3CDTF">2026-07-31T19:51:00Z</dcterms:modified>
  <cp:category/>
</cp:coreProperties>
</file>