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B3C" w:rsidRDefault="00B43188">
      <w:pPr>
        <w:jc w:val="center"/>
      </w:pPr>
      <w:r>
        <w:rPr>
          <w:b/>
          <w:color w:val="1F4E79"/>
          <w:sz w:val="40"/>
        </w:rPr>
        <w:t>INTERNET DE LAS COSAS 2026</w:t>
      </w:r>
      <w:r>
        <w:rPr>
          <w:b/>
          <w:color w:val="1F4E79"/>
          <w:sz w:val="40"/>
        </w:rPr>
        <w:br/>
        <w:t>Cronograma de cursadas</w:t>
      </w:r>
    </w:p>
    <w:p w:rsidR="00D74B3C" w:rsidRDefault="00D74B3C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16"/>
        <w:gridCol w:w="1985"/>
        <w:gridCol w:w="2126"/>
        <w:gridCol w:w="2126"/>
        <w:gridCol w:w="2268"/>
        <w:gridCol w:w="2061"/>
        <w:gridCol w:w="1041"/>
      </w:tblGrid>
      <w:tr w:rsidR="00732DB9" w:rsidRPr="00732DB9" w:rsidTr="00C60C1E">
        <w:trPr>
          <w:jc w:val="center"/>
        </w:trPr>
        <w:tc>
          <w:tcPr>
            <w:tcW w:w="916" w:type="dxa"/>
          </w:tcPr>
          <w:p w:rsidR="00D74B3C" w:rsidRPr="00732DB9" w:rsidRDefault="00B43188">
            <w:pPr>
              <w:rPr>
                <w:sz w:val="32"/>
              </w:rPr>
            </w:pPr>
            <w:proofErr w:type="spellStart"/>
            <w:r w:rsidRPr="00732DB9">
              <w:rPr>
                <w:b/>
                <w:sz w:val="32"/>
              </w:rPr>
              <w:t>Año</w:t>
            </w:r>
            <w:proofErr w:type="spellEnd"/>
          </w:p>
        </w:tc>
        <w:tc>
          <w:tcPr>
            <w:tcW w:w="1985" w:type="dxa"/>
          </w:tcPr>
          <w:p w:rsidR="00D74B3C" w:rsidRPr="00732DB9" w:rsidRDefault="00B43188">
            <w:pPr>
              <w:rPr>
                <w:sz w:val="32"/>
              </w:rPr>
            </w:pPr>
            <w:r w:rsidRPr="00732DB9">
              <w:rPr>
                <w:b/>
                <w:sz w:val="32"/>
              </w:rPr>
              <w:t>Lunes</w:t>
            </w:r>
          </w:p>
        </w:tc>
        <w:tc>
          <w:tcPr>
            <w:tcW w:w="2126" w:type="dxa"/>
          </w:tcPr>
          <w:p w:rsidR="00D74B3C" w:rsidRPr="00732DB9" w:rsidRDefault="00B43188">
            <w:pPr>
              <w:rPr>
                <w:sz w:val="32"/>
              </w:rPr>
            </w:pPr>
            <w:r w:rsidRPr="00732DB9">
              <w:rPr>
                <w:b/>
                <w:sz w:val="32"/>
              </w:rPr>
              <w:t>Martes</w:t>
            </w:r>
          </w:p>
        </w:tc>
        <w:tc>
          <w:tcPr>
            <w:tcW w:w="2126" w:type="dxa"/>
          </w:tcPr>
          <w:p w:rsidR="00D74B3C" w:rsidRPr="00732DB9" w:rsidRDefault="00B43188">
            <w:pPr>
              <w:rPr>
                <w:sz w:val="32"/>
              </w:rPr>
            </w:pPr>
            <w:r w:rsidRPr="00732DB9">
              <w:rPr>
                <w:b/>
                <w:sz w:val="32"/>
              </w:rPr>
              <w:t>Miércoles</w:t>
            </w:r>
          </w:p>
        </w:tc>
        <w:tc>
          <w:tcPr>
            <w:tcW w:w="2268" w:type="dxa"/>
          </w:tcPr>
          <w:p w:rsidR="00D74B3C" w:rsidRPr="00732DB9" w:rsidRDefault="00B43188">
            <w:pPr>
              <w:rPr>
                <w:sz w:val="32"/>
              </w:rPr>
            </w:pPr>
            <w:r w:rsidRPr="00732DB9">
              <w:rPr>
                <w:b/>
                <w:sz w:val="32"/>
              </w:rPr>
              <w:t>Jueves</w:t>
            </w:r>
          </w:p>
        </w:tc>
        <w:tc>
          <w:tcPr>
            <w:tcW w:w="2061" w:type="dxa"/>
          </w:tcPr>
          <w:p w:rsidR="00D74B3C" w:rsidRPr="00732DB9" w:rsidRDefault="00B43188">
            <w:pPr>
              <w:rPr>
                <w:sz w:val="32"/>
              </w:rPr>
            </w:pPr>
            <w:r w:rsidRPr="00732DB9">
              <w:rPr>
                <w:b/>
                <w:sz w:val="32"/>
              </w:rPr>
              <w:t>Viernes</w:t>
            </w:r>
          </w:p>
        </w:tc>
        <w:tc>
          <w:tcPr>
            <w:tcW w:w="1041" w:type="dxa"/>
          </w:tcPr>
          <w:p w:rsidR="00D74B3C" w:rsidRPr="00732DB9" w:rsidRDefault="00B43188">
            <w:pPr>
              <w:rPr>
                <w:sz w:val="32"/>
              </w:rPr>
            </w:pPr>
            <w:r w:rsidRPr="00732DB9">
              <w:rPr>
                <w:b/>
                <w:sz w:val="32"/>
              </w:rPr>
              <w:t>Info</w:t>
            </w:r>
          </w:p>
        </w:tc>
      </w:tr>
      <w:tr w:rsidR="00732DB9" w:rsidRPr="00732DB9" w:rsidTr="00C60C1E">
        <w:trPr>
          <w:jc w:val="center"/>
        </w:trPr>
        <w:tc>
          <w:tcPr>
            <w:tcW w:w="916" w:type="dxa"/>
          </w:tcPr>
          <w:p w:rsidR="00D74B3C" w:rsidRPr="00732DB9" w:rsidRDefault="00B43188">
            <w:pPr>
              <w:rPr>
                <w:sz w:val="40"/>
              </w:rPr>
            </w:pPr>
            <w:r w:rsidRPr="00732DB9">
              <w:rPr>
                <w:sz w:val="40"/>
              </w:rPr>
              <w:t>1°</w:t>
            </w:r>
          </w:p>
        </w:tc>
        <w:tc>
          <w:tcPr>
            <w:tcW w:w="1985" w:type="dxa"/>
          </w:tcPr>
          <w:p w:rsidR="00732DB9" w:rsidRPr="00732DB9" w:rsidRDefault="00B43188">
            <w:pPr>
              <w:rPr>
                <w:b/>
                <w:sz w:val="24"/>
              </w:rPr>
            </w:pPr>
            <w:proofErr w:type="spellStart"/>
            <w:r w:rsidRPr="00732DB9">
              <w:rPr>
                <w:b/>
                <w:sz w:val="24"/>
              </w:rPr>
              <w:t>Automatismos</w:t>
            </w:r>
            <w:proofErr w:type="spellEnd"/>
            <w:r w:rsidRPr="00732DB9">
              <w:rPr>
                <w:b/>
                <w:sz w:val="24"/>
              </w:rPr>
              <w:t xml:space="preserve"> I</w:t>
            </w:r>
          </w:p>
          <w:p w:rsidR="00D74B3C" w:rsidRPr="00732DB9" w:rsidRDefault="00732DB9">
            <w:pPr>
              <w:rPr>
                <w:sz w:val="24"/>
              </w:rPr>
            </w:pPr>
            <w:r>
              <w:rPr>
                <w:sz w:val="24"/>
              </w:rPr>
              <w:t>Prof. Gallardo</w:t>
            </w:r>
            <w:r w:rsidR="00B43188" w:rsidRPr="00732DB9">
              <w:rPr>
                <w:sz w:val="24"/>
              </w:rPr>
              <w:br/>
              <w:t>14-16</w:t>
            </w:r>
          </w:p>
        </w:tc>
        <w:tc>
          <w:tcPr>
            <w:tcW w:w="2126" w:type="dxa"/>
          </w:tcPr>
          <w:p w:rsidR="00732DB9" w:rsidRPr="00732DB9" w:rsidRDefault="00B43188" w:rsidP="0081794D">
            <w:pPr>
              <w:rPr>
                <w:b/>
                <w:sz w:val="24"/>
              </w:rPr>
            </w:pPr>
            <w:proofErr w:type="spellStart"/>
            <w:r w:rsidRPr="00732DB9">
              <w:rPr>
                <w:b/>
                <w:sz w:val="24"/>
              </w:rPr>
              <w:t>Prácticas</w:t>
            </w:r>
            <w:proofErr w:type="spellEnd"/>
          </w:p>
          <w:p w:rsidR="00D74B3C" w:rsidRPr="00732DB9" w:rsidRDefault="00732DB9">
            <w:pPr>
              <w:rPr>
                <w:sz w:val="24"/>
              </w:rPr>
            </w:pPr>
            <w:r>
              <w:rPr>
                <w:sz w:val="24"/>
              </w:rPr>
              <w:t>Prof. Morales</w:t>
            </w:r>
            <w:r w:rsidR="00B43188" w:rsidRPr="00732DB9">
              <w:rPr>
                <w:sz w:val="24"/>
              </w:rPr>
              <w:br/>
              <w:t>16-19</w:t>
            </w:r>
          </w:p>
        </w:tc>
        <w:tc>
          <w:tcPr>
            <w:tcW w:w="2126" w:type="dxa"/>
          </w:tcPr>
          <w:p w:rsidR="00C60C1E" w:rsidRDefault="00C60C1E" w:rsidP="00C60C1E">
            <w:pPr>
              <w:rPr>
                <w:b/>
                <w:sz w:val="24"/>
              </w:rPr>
            </w:pPr>
            <w:proofErr w:type="spellStart"/>
            <w:r w:rsidRPr="00732DB9">
              <w:rPr>
                <w:b/>
                <w:sz w:val="24"/>
              </w:rPr>
              <w:t>Elementos</w:t>
            </w:r>
            <w:proofErr w:type="spellEnd"/>
            <w:r w:rsidRPr="00732DB9">
              <w:rPr>
                <w:b/>
                <w:sz w:val="24"/>
              </w:rPr>
              <w:t xml:space="preserve"> </w:t>
            </w:r>
          </w:p>
          <w:p w:rsidR="00C60C1E" w:rsidRPr="00732DB9" w:rsidRDefault="00C60C1E" w:rsidP="00C60C1E">
            <w:pPr>
              <w:rPr>
                <w:b/>
                <w:sz w:val="24"/>
              </w:rPr>
            </w:pPr>
            <w:r w:rsidRPr="00732DB9">
              <w:rPr>
                <w:b/>
                <w:sz w:val="24"/>
              </w:rPr>
              <w:t xml:space="preserve">de </w:t>
            </w:r>
            <w:proofErr w:type="spellStart"/>
            <w:r>
              <w:rPr>
                <w:b/>
                <w:sz w:val="24"/>
              </w:rPr>
              <w:t>a</w:t>
            </w:r>
            <w:r w:rsidRPr="00732DB9">
              <w:rPr>
                <w:b/>
                <w:sz w:val="24"/>
              </w:rPr>
              <w:t>nálisis</w:t>
            </w:r>
            <w:proofErr w:type="spellEnd"/>
            <w:r w:rsidRPr="00732DB9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</w:t>
            </w:r>
            <w:r w:rsidRPr="00732DB9">
              <w:rPr>
                <w:b/>
                <w:sz w:val="24"/>
              </w:rPr>
              <w:t>atemático</w:t>
            </w:r>
            <w:proofErr w:type="spellEnd"/>
          </w:p>
          <w:p w:rsidR="00C60C1E" w:rsidRDefault="00C60C1E" w:rsidP="00C60C1E">
            <w:pPr>
              <w:rPr>
                <w:sz w:val="24"/>
              </w:rPr>
            </w:pPr>
            <w:r>
              <w:rPr>
                <w:sz w:val="24"/>
              </w:rPr>
              <w:t>Prof. Bahnmuller</w:t>
            </w:r>
            <w:r w:rsidRPr="00732DB9">
              <w:rPr>
                <w:sz w:val="24"/>
              </w:rPr>
              <w:br/>
            </w:r>
            <w:r>
              <w:rPr>
                <w:sz w:val="24"/>
              </w:rPr>
              <w:t>11-13</w:t>
            </w:r>
          </w:p>
          <w:p w:rsidR="00C60C1E" w:rsidRDefault="00C60C1E">
            <w:pPr>
              <w:rPr>
                <w:b/>
                <w:sz w:val="24"/>
              </w:rPr>
            </w:pPr>
          </w:p>
          <w:p w:rsidR="00732DB9" w:rsidRPr="00732DB9" w:rsidRDefault="00B43188">
            <w:pPr>
              <w:rPr>
                <w:b/>
                <w:sz w:val="24"/>
              </w:rPr>
            </w:pPr>
            <w:proofErr w:type="spellStart"/>
            <w:r w:rsidRPr="00732DB9">
              <w:rPr>
                <w:b/>
                <w:sz w:val="24"/>
              </w:rPr>
              <w:t>Sociología</w:t>
            </w:r>
            <w:proofErr w:type="spellEnd"/>
          </w:p>
          <w:p w:rsidR="00D74B3C" w:rsidRPr="00732DB9" w:rsidRDefault="00732DB9">
            <w:pPr>
              <w:rPr>
                <w:sz w:val="24"/>
              </w:rPr>
            </w:pPr>
            <w:r>
              <w:rPr>
                <w:sz w:val="24"/>
              </w:rPr>
              <w:t>Prof. Tardugno</w:t>
            </w:r>
            <w:r w:rsidR="00B43188" w:rsidRPr="00732DB9">
              <w:rPr>
                <w:sz w:val="24"/>
              </w:rPr>
              <w:br/>
              <w:t>14-17</w:t>
            </w:r>
          </w:p>
        </w:tc>
        <w:tc>
          <w:tcPr>
            <w:tcW w:w="2268" w:type="dxa"/>
          </w:tcPr>
          <w:p w:rsidR="00C60C1E" w:rsidRPr="00C60C1E" w:rsidRDefault="00C60C1E" w:rsidP="00C60C1E">
            <w:pPr>
              <w:rPr>
                <w:b/>
                <w:sz w:val="24"/>
              </w:rPr>
            </w:pPr>
            <w:proofErr w:type="spellStart"/>
            <w:r w:rsidRPr="00C60C1E">
              <w:rPr>
                <w:b/>
                <w:sz w:val="24"/>
              </w:rPr>
              <w:t>Elementos</w:t>
            </w:r>
            <w:proofErr w:type="spellEnd"/>
            <w:r w:rsidRPr="00C60C1E">
              <w:rPr>
                <w:b/>
                <w:sz w:val="24"/>
              </w:rPr>
              <w:t xml:space="preserve"> </w:t>
            </w:r>
          </w:p>
          <w:p w:rsidR="00C60C1E" w:rsidRPr="00C60C1E" w:rsidRDefault="00C60C1E" w:rsidP="00C60C1E">
            <w:pPr>
              <w:rPr>
                <w:b/>
                <w:sz w:val="24"/>
              </w:rPr>
            </w:pPr>
            <w:r w:rsidRPr="00C60C1E">
              <w:rPr>
                <w:b/>
                <w:sz w:val="24"/>
              </w:rPr>
              <w:t xml:space="preserve">de </w:t>
            </w:r>
            <w:proofErr w:type="spellStart"/>
            <w:r w:rsidRPr="00C60C1E">
              <w:rPr>
                <w:b/>
                <w:sz w:val="24"/>
              </w:rPr>
              <w:t>análisis</w:t>
            </w:r>
            <w:proofErr w:type="spellEnd"/>
            <w:r w:rsidRPr="00C60C1E">
              <w:rPr>
                <w:b/>
                <w:sz w:val="24"/>
              </w:rPr>
              <w:t xml:space="preserve"> </w:t>
            </w:r>
            <w:proofErr w:type="spellStart"/>
            <w:r w:rsidRPr="00C60C1E">
              <w:rPr>
                <w:b/>
                <w:sz w:val="24"/>
              </w:rPr>
              <w:t>Matemático</w:t>
            </w:r>
            <w:proofErr w:type="spellEnd"/>
          </w:p>
          <w:p w:rsidR="00C60C1E" w:rsidRPr="00C60C1E" w:rsidRDefault="00C60C1E" w:rsidP="00C60C1E">
            <w:pPr>
              <w:rPr>
                <w:sz w:val="24"/>
              </w:rPr>
            </w:pPr>
            <w:bookmarkStart w:id="0" w:name="_GoBack"/>
            <w:r w:rsidRPr="00C60C1E">
              <w:rPr>
                <w:sz w:val="24"/>
              </w:rPr>
              <w:t>Prof. Bahnmuller</w:t>
            </w:r>
            <w:r w:rsidRPr="00C60C1E">
              <w:rPr>
                <w:sz w:val="24"/>
              </w:rPr>
              <w:br/>
              <w:t>11-13</w:t>
            </w:r>
          </w:p>
          <w:bookmarkEnd w:id="0"/>
          <w:p w:rsidR="00C60C1E" w:rsidRDefault="00C60C1E">
            <w:pPr>
              <w:rPr>
                <w:b/>
                <w:sz w:val="24"/>
              </w:rPr>
            </w:pPr>
          </w:p>
          <w:p w:rsidR="00732DB9" w:rsidRDefault="00B43188">
            <w:pPr>
              <w:rPr>
                <w:sz w:val="24"/>
              </w:rPr>
            </w:pPr>
            <w:proofErr w:type="spellStart"/>
            <w:r w:rsidRPr="00732DB9">
              <w:rPr>
                <w:b/>
                <w:sz w:val="24"/>
              </w:rPr>
              <w:t>Automatismos</w:t>
            </w:r>
            <w:proofErr w:type="spellEnd"/>
            <w:r w:rsidRPr="00732DB9">
              <w:rPr>
                <w:b/>
                <w:sz w:val="24"/>
              </w:rPr>
              <w:t xml:space="preserve"> I</w:t>
            </w:r>
            <w:r w:rsidR="00732DB9">
              <w:rPr>
                <w:sz w:val="24"/>
              </w:rPr>
              <w:t xml:space="preserve"> </w:t>
            </w:r>
          </w:p>
          <w:p w:rsidR="00D74B3C" w:rsidRPr="00732DB9" w:rsidRDefault="00732DB9">
            <w:pPr>
              <w:rPr>
                <w:sz w:val="24"/>
              </w:rPr>
            </w:pPr>
            <w:r>
              <w:rPr>
                <w:sz w:val="24"/>
              </w:rPr>
              <w:t>Prof. Gallardo</w:t>
            </w:r>
            <w:r w:rsidR="00B43188" w:rsidRPr="00732DB9">
              <w:rPr>
                <w:sz w:val="24"/>
              </w:rPr>
              <w:br/>
              <w:t>14-16</w:t>
            </w:r>
          </w:p>
        </w:tc>
        <w:tc>
          <w:tcPr>
            <w:tcW w:w="2061" w:type="dxa"/>
          </w:tcPr>
          <w:p w:rsidR="00D74B3C" w:rsidRPr="00732DB9" w:rsidRDefault="00D74B3C" w:rsidP="00732DB9">
            <w:pPr>
              <w:rPr>
                <w:sz w:val="24"/>
              </w:rPr>
            </w:pPr>
          </w:p>
        </w:tc>
        <w:tc>
          <w:tcPr>
            <w:tcW w:w="1041" w:type="dxa"/>
          </w:tcPr>
          <w:p w:rsidR="00732DB9" w:rsidRDefault="00B43188">
            <w:pPr>
              <w:rPr>
                <w:sz w:val="24"/>
              </w:rPr>
            </w:pPr>
            <w:r w:rsidRPr="00732DB9">
              <w:rPr>
                <w:sz w:val="24"/>
              </w:rPr>
              <w:t xml:space="preserve">Aula </w:t>
            </w:r>
          </w:p>
          <w:p w:rsidR="00D74B3C" w:rsidRPr="00732DB9" w:rsidRDefault="00B43188">
            <w:pPr>
              <w:rPr>
                <w:sz w:val="24"/>
              </w:rPr>
            </w:pPr>
            <w:r w:rsidRPr="00732DB9">
              <w:rPr>
                <w:sz w:val="24"/>
              </w:rPr>
              <w:t>14</w:t>
            </w:r>
          </w:p>
        </w:tc>
      </w:tr>
      <w:tr w:rsidR="00D77227" w:rsidRPr="00732DB9" w:rsidTr="00C60C1E">
        <w:trPr>
          <w:jc w:val="center"/>
        </w:trPr>
        <w:tc>
          <w:tcPr>
            <w:tcW w:w="916" w:type="dxa"/>
          </w:tcPr>
          <w:p w:rsidR="00D77227" w:rsidRPr="00732DB9" w:rsidRDefault="00D77227">
            <w:pPr>
              <w:rPr>
                <w:sz w:val="40"/>
              </w:rPr>
            </w:pPr>
          </w:p>
        </w:tc>
        <w:tc>
          <w:tcPr>
            <w:tcW w:w="1985" w:type="dxa"/>
          </w:tcPr>
          <w:p w:rsidR="00D77227" w:rsidRPr="00732DB9" w:rsidRDefault="00D77227">
            <w:pPr>
              <w:rPr>
                <w:b/>
                <w:sz w:val="24"/>
              </w:rPr>
            </w:pPr>
          </w:p>
        </w:tc>
        <w:tc>
          <w:tcPr>
            <w:tcW w:w="2126" w:type="dxa"/>
          </w:tcPr>
          <w:p w:rsidR="00D77227" w:rsidRPr="00732DB9" w:rsidRDefault="00D77227">
            <w:pPr>
              <w:rPr>
                <w:b/>
                <w:sz w:val="24"/>
              </w:rPr>
            </w:pPr>
          </w:p>
        </w:tc>
        <w:tc>
          <w:tcPr>
            <w:tcW w:w="2126" w:type="dxa"/>
          </w:tcPr>
          <w:p w:rsidR="00D77227" w:rsidRPr="00732DB9" w:rsidRDefault="00D77227">
            <w:pPr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D77227" w:rsidRPr="00732DB9" w:rsidRDefault="00D77227">
            <w:pPr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D77227" w:rsidRPr="00732DB9" w:rsidRDefault="00D77227">
            <w:pPr>
              <w:rPr>
                <w:b/>
                <w:sz w:val="24"/>
              </w:rPr>
            </w:pPr>
          </w:p>
        </w:tc>
        <w:tc>
          <w:tcPr>
            <w:tcW w:w="1041" w:type="dxa"/>
          </w:tcPr>
          <w:p w:rsidR="00D77227" w:rsidRPr="00732DB9" w:rsidRDefault="00D77227">
            <w:pPr>
              <w:rPr>
                <w:sz w:val="24"/>
              </w:rPr>
            </w:pPr>
          </w:p>
        </w:tc>
      </w:tr>
      <w:tr w:rsidR="00732DB9" w:rsidRPr="00732DB9" w:rsidTr="00C60C1E">
        <w:trPr>
          <w:jc w:val="center"/>
        </w:trPr>
        <w:tc>
          <w:tcPr>
            <w:tcW w:w="916" w:type="dxa"/>
          </w:tcPr>
          <w:p w:rsidR="00D74B3C" w:rsidRPr="00732DB9" w:rsidRDefault="00B43188">
            <w:pPr>
              <w:rPr>
                <w:sz w:val="40"/>
              </w:rPr>
            </w:pPr>
            <w:r w:rsidRPr="00732DB9">
              <w:rPr>
                <w:sz w:val="40"/>
              </w:rPr>
              <w:t>2°</w:t>
            </w:r>
          </w:p>
        </w:tc>
        <w:tc>
          <w:tcPr>
            <w:tcW w:w="1985" w:type="dxa"/>
          </w:tcPr>
          <w:p w:rsidR="00732DB9" w:rsidRPr="00732DB9" w:rsidRDefault="00B43188">
            <w:pPr>
              <w:rPr>
                <w:b/>
                <w:sz w:val="24"/>
              </w:rPr>
            </w:pPr>
            <w:proofErr w:type="spellStart"/>
            <w:r w:rsidRPr="00732DB9">
              <w:rPr>
                <w:b/>
                <w:sz w:val="24"/>
              </w:rPr>
              <w:t>Introducción</w:t>
            </w:r>
            <w:proofErr w:type="spellEnd"/>
            <w:r w:rsidR="00732DB9" w:rsidRPr="00732DB9">
              <w:rPr>
                <w:b/>
                <w:sz w:val="24"/>
              </w:rPr>
              <w:t xml:space="preserve"> a c/c </w:t>
            </w:r>
          </w:p>
          <w:p w:rsidR="00D74B3C" w:rsidRDefault="00732DB9">
            <w:pPr>
              <w:rPr>
                <w:sz w:val="24"/>
              </w:rPr>
            </w:pPr>
            <w:r>
              <w:rPr>
                <w:sz w:val="24"/>
              </w:rPr>
              <w:t>Prof. Contreras</w:t>
            </w:r>
            <w:r w:rsidR="00B43188" w:rsidRPr="00732DB9">
              <w:rPr>
                <w:sz w:val="24"/>
              </w:rPr>
              <w:br/>
              <w:t>16-20</w:t>
            </w:r>
          </w:p>
          <w:p w:rsidR="00732DB9" w:rsidRPr="00732DB9" w:rsidRDefault="00732DB9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D74B3C" w:rsidRPr="00732DB9" w:rsidRDefault="00D74B3C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571B3A" w:rsidRPr="00732DB9" w:rsidRDefault="00D77227" w:rsidP="00571B3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Seguridad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en</w:t>
            </w:r>
            <w:proofErr w:type="spellEnd"/>
            <w:r>
              <w:rPr>
                <w:b/>
                <w:sz w:val="24"/>
              </w:rPr>
              <w:t xml:space="preserve"> IO</w:t>
            </w:r>
            <w:r w:rsidR="00571B3A" w:rsidRPr="00732DB9">
              <w:rPr>
                <w:b/>
                <w:sz w:val="24"/>
              </w:rPr>
              <w:t xml:space="preserve">T </w:t>
            </w:r>
          </w:p>
          <w:p w:rsidR="00D74B3C" w:rsidRPr="00732DB9" w:rsidRDefault="00571B3A" w:rsidP="00571B3A">
            <w:pPr>
              <w:rPr>
                <w:sz w:val="24"/>
              </w:rPr>
            </w:pPr>
            <w:r>
              <w:rPr>
                <w:sz w:val="24"/>
              </w:rPr>
              <w:t>Prof. Contreras</w:t>
            </w:r>
            <w:r>
              <w:rPr>
                <w:sz w:val="24"/>
              </w:rPr>
              <w:br/>
              <w:t>17-20</w:t>
            </w:r>
          </w:p>
        </w:tc>
        <w:tc>
          <w:tcPr>
            <w:tcW w:w="2268" w:type="dxa"/>
          </w:tcPr>
          <w:p w:rsidR="00732DB9" w:rsidRPr="00732DB9" w:rsidRDefault="00B43188">
            <w:pPr>
              <w:rPr>
                <w:b/>
                <w:sz w:val="24"/>
              </w:rPr>
            </w:pPr>
            <w:proofErr w:type="spellStart"/>
            <w:r w:rsidRPr="00732DB9">
              <w:rPr>
                <w:b/>
                <w:sz w:val="24"/>
              </w:rPr>
              <w:t>Prácticas</w:t>
            </w:r>
            <w:proofErr w:type="spellEnd"/>
            <w:r w:rsidRPr="00732DB9">
              <w:rPr>
                <w:b/>
                <w:sz w:val="24"/>
              </w:rPr>
              <w:t xml:space="preserve"> II</w:t>
            </w:r>
          </w:p>
          <w:p w:rsidR="00D74B3C" w:rsidRPr="00732DB9" w:rsidRDefault="00732DB9">
            <w:pPr>
              <w:rPr>
                <w:sz w:val="24"/>
              </w:rPr>
            </w:pPr>
            <w:r>
              <w:rPr>
                <w:sz w:val="24"/>
              </w:rPr>
              <w:t>Prof. Morales</w:t>
            </w:r>
            <w:r w:rsidR="00B43188" w:rsidRPr="00732DB9">
              <w:rPr>
                <w:sz w:val="24"/>
              </w:rPr>
              <w:br/>
              <w:t>16-20</w:t>
            </w:r>
          </w:p>
        </w:tc>
        <w:tc>
          <w:tcPr>
            <w:tcW w:w="2061" w:type="dxa"/>
          </w:tcPr>
          <w:p w:rsidR="00AA22F2" w:rsidRPr="00732DB9" w:rsidRDefault="00AA22F2" w:rsidP="00AA22F2">
            <w:pPr>
              <w:rPr>
                <w:b/>
                <w:sz w:val="24"/>
              </w:rPr>
            </w:pPr>
            <w:proofErr w:type="spellStart"/>
            <w:r w:rsidRPr="00732DB9">
              <w:rPr>
                <w:b/>
                <w:sz w:val="24"/>
              </w:rPr>
              <w:t>Domótica</w:t>
            </w:r>
            <w:proofErr w:type="spellEnd"/>
            <w:r w:rsidRPr="00732DB9">
              <w:rPr>
                <w:b/>
                <w:sz w:val="24"/>
              </w:rPr>
              <w:t xml:space="preserve"> y </w:t>
            </w:r>
            <w:proofErr w:type="spellStart"/>
            <w:r w:rsidRPr="00732DB9">
              <w:rPr>
                <w:b/>
                <w:sz w:val="24"/>
              </w:rPr>
              <w:t>Electrotecnia</w:t>
            </w:r>
            <w:proofErr w:type="spellEnd"/>
            <w:r w:rsidRPr="00732DB9">
              <w:rPr>
                <w:b/>
                <w:sz w:val="24"/>
              </w:rPr>
              <w:t xml:space="preserve"> II</w:t>
            </w:r>
          </w:p>
          <w:p w:rsidR="00D74B3C" w:rsidRPr="00732DB9" w:rsidRDefault="00AA22F2" w:rsidP="00AA22F2">
            <w:pPr>
              <w:rPr>
                <w:sz w:val="24"/>
              </w:rPr>
            </w:pPr>
            <w:r>
              <w:rPr>
                <w:sz w:val="24"/>
              </w:rPr>
              <w:t>Prof. Gallardo</w:t>
            </w:r>
            <w:r w:rsidRPr="00732DB9">
              <w:rPr>
                <w:sz w:val="24"/>
              </w:rPr>
              <w:br/>
              <w:t>1</w:t>
            </w:r>
            <w:r>
              <w:rPr>
                <w:sz w:val="24"/>
              </w:rPr>
              <w:t>3-16</w:t>
            </w:r>
          </w:p>
        </w:tc>
        <w:tc>
          <w:tcPr>
            <w:tcW w:w="1041" w:type="dxa"/>
          </w:tcPr>
          <w:p w:rsidR="00732DB9" w:rsidRDefault="00B43188">
            <w:pPr>
              <w:rPr>
                <w:sz w:val="24"/>
              </w:rPr>
            </w:pPr>
            <w:r w:rsidRPr="00732DB9">
              <w:rPr>
                <w:sz w:val="24"/>
              </w:rPr>
              <w:t xml:space="preserve">Aula </w:t>
            </w:r>
          </w:p>
          <w:p w:rsidR="00D74B3C" w:rsidRPr="00732DB9" w:rsidRDefault="00B43188">
            <w:pPr>
              <w:rPr>
                <w:sz w:val="24"/>
              </w:rPr>
            </w:pPr>
            <w:r w:rsidRPr="00732DB9">
              <w:rPr>
                <w:sz w:val="24"/>
              </w:rPr>
              <w:t>14</w:t>
            </w:r>
          </w:p>
        </w:tc>
      </w:tr>
      <w:tr w:rsidR="00D77227" w:rsidRPr="00732DB9" w:rsidTr="00C60C1E">
        <w:trPr>
          <w:jc w:val="center"/>
        </w:trPr>
        <w:tc>
          <w:tcPr>
            <w:tcW w:w="916" w:type="dxa"/>
          </w:tcPr>
          <w:p w:rsidR="00D77227" w:rsidRPr="00732DB9" w:rsidRDefault="00D77227">
            <w:pPr>
              <w:rPr>
                <w:sz w:val="40"/>
              </w:rPr>
            </w:pPr>
          </w:p>
        </w:tc>
        <w:tc>
          <w:tcPr>
            <w:tcW w:w="1985" w:type="dxa"/>
          </w:tcPr>
          <w:p w:rsidR="00D77227" w:rsidRPr="00732DB9" w:rsidRDefault="00D77227">
            <w:pPr>
              <w:rPr>
                <w:b/>
                <w:sz w:val="24"/>
              </w:rPr>
            </w:pPr>
          </w:p>
        </w:tc>
        <w:tc>
          <w:tcPr>
            <w:tcW w:w="2126" w:type="dxa"/>
          </w:tcPr>
          <w:p w:rsidR="00D77227" w:rsidRPr="00732DB9" w:rsidRDefault="00D77227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D77227" w:rsidRPr="00732DB9" w:rsidRDefault="00D77227" w:rsidP="00571B3A">
            <w:pPr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D77227" w:rsidRPr="00732DB9" w:rsidRDefault="00D77227">
            <w:pPr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D77227" w:rsidRPr="00732DB9" w:rsidRDefault="00D77227" w:rsidP="00AA22F2">
            <w:pPr>
              <w:rPr>
                <w:b/>
                <w:sz w:val="24"/>
              </w:rPr>
            </w:pPr>
          </w:p>
        </w:tc>
        <w:tc>
          <w:tcPr>
            <w:tcW w:w="1041" w:type="dxa"/>
          </w:tcPr>
          <w:p w:rsidR="00D77227" w:rsidRPr="00732DB9" w:rsidRDefault="00D77227">
            <w:pPr>
              <w:rPr>
                <w:sz w:val="24"/>
              </w:rPr>
            </w:pPr>
          </w:p>
        </w:tc>
      </w:tr>
    </w:tbl>
    <w:p w:rsidR="00B43188" w:rsidRDefault="00B43188"/>
    <w:sectPr w:rsidR="00B43188" w:rsidSect="00732DB9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71B3A"/>
    <w:rsid w:val="005B4A0D"/>
    <w:rsid w:val="00732DB9"/>
    <w:rsid w:val="0081794D"/>
    <w:rsid w:val="009B7622"/>
    <w:rsid w:val="00AA1D8D"/>
    <w:rsid w:val="00AA22F2"/>
    <w:rsid w:val="00B43188"/>
    <w:rsid w:val="00B47730"/>
    <w:rsid w:val="00C60C1E"/>
    <w:rsid w:val="00CB0664"/>
    <w:rsid w:val="00D74B3C"/>
    <w:rsid w:val="00D772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18F545C-A158-4A4E-81A7-BF8CA2F0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uesto">
    <w:name w:val="Title"/>
    <w:basedOn w:val="Normal"/>
    <w:next w:val="Normal"/>
    <w:link w:val="Puest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ADFBAD-81D2-4C5F-959D-93345F44E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Full name</cp:lastModifiedBy>
  <cp:revision>8</cp:revision>
  <dcterms:created xsi:type="dcterms:W3CDTF">2026-07-02T14:00:00Z</dcterms:created>
  <dcterms:modified xsi:type="dcterms:W3CDTF">2026-07-30T17:26:00Z</dcterms:modified>
  <cp:category/>
</cp:coreProperties>
</file>