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93A" w:rsidRDefault="009F2758">
      <w:pPr>
        <w:jc w:val="center"/>
      </w:pPr>
      <w:r>
        <w:rPr>
          <w:b/>
          <w:color w:val="1F4E79"/>
          <w:sz w:val="40"/>
        </w:rPr>
        <w:t>ADMINISTRACIÓN JURÍDICA 2026</w:t>
      </w:r>
      <w:r>
        <w:rPr>
          <w:b/>
          <w:color w:val="1F4E79"/>
          <w:sz w:val="40"/>
        </w:rPr>
        <w:br/>
        <w:t>Cronograma de cursadas</w:t>
      </w:r>
    </w:p>
    <w:p w:rsidR="00BA193A" w:rsidRDefault="00BA193A"/>
    <w:tbl>
      <w:tblPr>
        <w:tblStyle w:val="Tablaconcuadrcula"/>
        <w:tblW w:w="11130" w:type="dxa"/>
        <w:jc w:val="center"/>
        <w:tblLook w:val="04A0" w:firstRow="1" w:lastRow="0" w:firstColumn="1" w:lastColumn="0" w:noHBand="0" w:noVBand="1"/>
      </w:tblPr>
      <w:tblGrid>
        <w:gridCol w:w="808"/>
        <w:gridCol w:w="1843"/>
        <w:gridCol w:w="1656"/>
        <w:gridCol w:w="2030"/>
        <w:gridCol w:w="1727"/>
        <w:gridCol w:w="1533"/>
        <w:gridCol w:w="1533"/>
      </w:tblGrid>
      <w:tr w:rsidR="00E91B74" w:rsidRPr="00112D6E" w:rsidTr="00E91B74">
        <w:trPr>
          <w:jc w:val="center"/>
        </w:trPr>
        <w:tc>
          <w:tcPr>
            <w:tcW w:w="808" w:type="dxa"/>
          </w:tcPr>
          <w:p w:rsidR="00E91B74" w:rsidRPr="00112D6E" w:rsidRDefault="00E91B74">
            <w:pPr>
              <w:rPr>
                <w:sz w:val="32"/>
              </w:rPr>
            </w:pPr>
            <w:proofErr w:type="spellStart"/>
            <w:r w:rsidRPr="00112D6E">
              <w:rPr>
                <w:b/>
                <w:sz w:val="32"/>
              </w:rPr>
              <w:t>Año</w:t>
            </w:r>
            <w:proofErr w:type="spellEnd"/>
          </w:p>
        </w:tc>
        <w:tc>
          <w:tcPr>
            <w:tcW w:w="1843" w:type="dxa"/>
          </w:tcPr>
          <w:p w:rsidR="00E91B74" w:rsidRPr="00112D6E" w:rsidRDefault="00E91B74">
            <w:pPr>
              <w:rPr>
                <w:sz w:val="32"/>
              </w:rPr>
            </w:pPr>
            <w:r w:rsidRPr="00112D6E">
              <w:rPr>
                <w:b/>
                <w:sz w:val="32"/>
              </w:rPr>
              <w:t>Lunes</w:t>
            </w:r>
          </w:p>
        </w:tc>
        <w:tc>
          <w:tcPr>
            <w:tcW w:w="1656" w:type="dxa"/>
          </w:tcPr>
          <w:p w:rsidR="00E91B74" w:rsidRPr="00112D6E" w:rsidRDefault="00E91B74">
            <w:pPr>
              <w:rPr>
                <w:sz w:val="32"/>
              </w:rPr>
            </w:pPr>
            <w:r w:rsidRPr="00112D6E">
              <w:rPr>
                <w:b/>
                <w:sz w:val="32"/>
              </w:rPr>
              <w:t>Martes</w:t>
            </w:r>
          </w:p>
        </w:tc>
        <w:tc>
          <w:tcPr>
            <w:tcW w:w="2030" w:type="dxa"/>
          </w:tcPr>
          <w:p w:rsidR="00E91B74" w:rsidRPr="00112D6E" w:rsidRDefault="00E91B74">
            <w:pPr>
              <w:rPr>
                <w:sz w:val="32"/>
              </w:rPr>
            </w:pPr>
            <w:r w:rsidRPr="00112D6E">
              <w:rPr>
                <w:b/>
                <w:sz w:val="32"/>
              </w:rPr>
              <w:t>Miércoles</w:t>
            </w:r>
          </w:p>
        </w:tc>
        <w:tc>
          <w:tcPr>
            <w:tcW w:w="1727" w:type="dxa"/>
          </w:tcPr>
          <w:p w:rsidR="00E91B74" w:rsidRPr="00112D6E" w:rsidRDefault="00E91B74">
            <w:pPr>
              <w:rPr>
                <w:sz w:val="32"/>
              </w:rPr>
            </w:pPr>
            <w:r w:rsidRPr="00112D6E">
              <w:rPr>
                <w:b/>
                <w:sz w:val="32"/>
              </w:rPr>
              <w:t>Jueves</w:t>
            </w:r>
          </w:p>
        </w:tc>
        <w:tc>
          <w:tcPr>
            <w:tcW w:w="1533" w:type="dxa"/>
          </w:tcPr>
          <w:p w:rsidR="00E91B74" w:rsidRPr="00112D6E" w:rsidRDefault="00E91B74">
            <w:pPr>
              <w:rPr>
                <w:sz w:val="32"/>
              </w:rPr>
            </w:pPr>
            <w:r w:rsidRPr="00112D6E">
              <w:rPr>
                <w:b/>
                <w:sz w:val="32"/>
              </w:rPr>
              <w:t>Viernes</w:t>
            </w:r>
          </w:p>
        </w:tc>
        <w:tc>
          <w:tcPr>
            <w:tcW w:w="1533" w:type="dxa"/>
          </w:tcPr>
          <w:p w:rsidR="00E91B74" w:rsidRPr="00112D6E" w:rsidRDefault="00E91B74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Info</w:t>
            </w:r>
          </w:p>
        </w:tc>
      </w:tr>
      <w:tr w:rsidR="00E91B74" w:rsidTr="00E91B74">
        <w:trPr>
          <w:jc w:val="center"/>
        </w:trPr>
        <w:tc>
          <w:tcPr>
            <w:tcW w:w="808" w:type="dxa"/>
          </w:tcPr>
          <w:p w:rsidR="00E91B74" w:rsidRDefault="00E91B74" w:rsidP="00E91B74">
            <w:pPr>
              <w:rPr>
                <w:sz w:val="40"/>
              </w:rPr>
            </w:pPr>
          </w:p>
          <w:p w:rsidR="00E91B74" w:rsidRPr="00112D6E" w:rsidRDefault="00E91B74" w:rsidP="00E91B74">
            <w:pPr>
              <w:rPr>
                <w:sz w:val="40"/>
              </w:rPr>
            </w:pPr>
            <w:r w:rsidRPr="00112D6E">
              <w:rPr>
                <w:sz w:val="40"/>
              </w:rPr>
              <w:t>3°</w:t>
            </w:r>
          </w:p>
        </w:tc>
        <w:tc>
          <w:tcPr>
            <w:tcW w:w="1843" w:type="dxa"/>
          </w:tcPr>
          <w:p w:rsidR="00E91B74" w:rsidRPr="00112D6E" w:rsidRDefault="00E91B74" w:rsidP="00E91B74">
            <w:pPr>
              <w:rPr>
                <w:b/>
              </w:rPr>
            </w:pPr>
            <w:proofErr w:type="spellStart"/>
            <w:r w:rsidRPr="00112D6E">
              <w:rPr>
                <w:b/>
              </w:rPr>
              <w:t>Prácticas</w:t>
            </w:r>
            <w:proofErr w:type="spellEnd"/>
            <w:r w:rsidRPr="00112D6E">
              <w:rPr>
                <w:b/>
              </w:rPr>
              <w:t xml:space="preserve"> II</w:t>
            </w:r>
          </w:p>
          <w:p w:rsidR="00E91B74" w:rsidRDefault="00E91B74" w:rsidP="00E91B74">
            <w:r>
              <w:t>Prof. Bernard</w:t>
            </w:r>
            <w:r w:rsidR="00411E4D">
              <w:t>i</w:t>
            </w:r>
            <w:r>
              <w:br/>
              <w:t xml:space="preserve">14-17 </w:t>
            </w:r>
          </w:p>
          <w:p w:rsidR="00E91B74" w:rsidRDefault="00E91B74" w:rsidP="00E91B74"/>
          <w:p w:rsidR="00E91B74" w:rsidRPr="00E91B74" w:rsidRDefault="00E91B74" w:rsidP="00E91B74">
            <w:pPr>
              <w:rPr>
                <w:b/>
              </w:rPr>
            </w:pPr>
            <w:r w:rsidRPr="00E91B74">
              <w:rPr>
                <w:b/>
              </w:rPr>
              <w:t xml:space="preserve">Derecho </w:t>
            </w:r>
            <w:proofErr w:type="spellStart"/>
            <w:r w:rsidRPr="00E91B74">
              <w:rPr>
                <w:b/>
              </w:rPr>
              <w:t>Agrario</w:t>
            </w:r>
            <w:proofErr w:type="spellEnd"/>
          </w:p>
          <w:p w:rsidR="00E91B74" w:rsidRDefault="00E91B74" w:rsidP="00E91B74">
            <w:r>
              <w:t>Prof. Pascuali</w:t>
            </w:r>
            <w:r>
              <w:br/>
              <w:t>17-20</w:t>
            </w:r>
          </w:p>
        </w:tc>
        <w:tc>
          <w:tcPr>
            <w:tcW w:w="1656" w:type="dxa"/>
          </w:tcPr>
          <w:p w:rsidR="00E91B74" w:rsidRDefault="00E91B74" w:rsidP="00E91B74"/>
        </w:tc>
        <w:tc>
          <w:tcPr>
            <w:tcW w:w="2030" w:type="dxa"/>
          </w:tcPr>
          <w:p w:rsidR="006116C7" w:rsidRDefault="006116C7" w:rsidP="006116C7">
            <w:proofErr w:type="spellStart"/>
            <w:r w:rsidRPr="00E91B74">
              <w:rPr>
                <w:b/>
              </w:rPr>
              <w:t>Ética</w:t>
            </w:r>
            <w:proofErr w:type="spellEnd"/>
            <w:r w:rsidRPr="00E91B74">
              <w:rPr>
                <w:b/>
              </w:rPr>
              <w:t xml:space="preserve"> y </w:t>
            </w:r>
            <w:proofErr w:type="spellStart"/>
            <w:r w:rsidRPr="00E91B74">
              <w:rPr>
                <w:b/>
              </w:rPr>
              <w:t>Deontología</w:t>
            </w:r>
            <w:proofErr w:type="spellEnd"/>
          </w:p>
          <w:p w:rsidR="006116C7" w:rsidRDefault="006116C7" w:rsidP="006116C7">
            <w:r>
              <w:t xml:space="preserve">Prof. Funes </w:t>
            </w:r>
            <w:r>
              <w:br/>
              <w:t>1</w:t>
            </w:r>
            <w:r>
              <w:t>4-17</w:t>
            </w:r>
          </w:p>
          <w:p w:rsidR="006116C7" w:rsidRDefault="006116C7" w:rsidP="006116C7"/>
          <w:p w:rsidR="00E91B74" w:rsidRPr="00112D6E" w:rsidRDefault="00E91B74" w:rsidP="006116C7">
            <w:pPr>
              <w:rPr>
                <w:b/>
              </w:rPr>
            </w:pPr>
            <w:proofErr w:type="spellStart"/>
            <w:r w:rsidRPr="00112D6E">
              <w:rPr>
                <w:b/>
              </w:rPr>
              <w:t>Prácticas</w:t>
            </w:r>
            <w:proofErr w:type="spellEnd"/>
            <w:r w:rsidRPr="00112D6E">
              <w:rPr>
                <w:b/>
              </w:rPr>
              <w:t xml:space="preserve"> II</w:t>
            </w:r>
          </w:p>
          <w:p w:rsidR="00E91B74" w:rsidRDefault="00E91B74" w:rsidP="006116C7">
            <w:r>
              <w:t>Prof. Bernardi</w:t>
            </w:r>
            <w:r>
              <w:br/>
            </w:r>
            <w:r w:rsidR="006116C7">
              <w:t xml:space="preserve">17-20 </w:t>
            </w:r>
            <w:bookmarkStart w:id="0" w:name="_GoBack"/>
            <w:bookmarkEnd w:id="0"/>
          </w:p>
        </w:tc>
        <w:tc>
          <w:tcPr>
            <w:tcW w:w="1727" w:type="dxa"/>
          </w:tcPr>
          <w:p w:rsidR="00E91B74" w:rsidRDefault="00E91B74" w:rsidP="00E91B74"/>
        </w:tc>
        <w:tc>
          <w:tcPr>
            <w:tcW w:w="1533" w:type="dxa"/>
          </w:tcPr>
          <w:p w:rsidR="00E91B74" w:rsidRPr="00112D6E" w:rsidRDefault="00E91B74" w:rsidP="00E91B74">
            <w:pPr>
              <w:rPr>
                <w:b/>
              </w:rPr>
            </w:pPr>
            <w:r>
              <w:br/>
            </w:r>
            <w:proofErr w:type="spellStart"/>
            <w:r w:rsidRPr="00112D6E">
              <w:rPr>
                <w:b/>
              </w:rPr>
              <w:t>Régimen</w:t>
            </w:r>
            <w:proofErr w:type="spellEnd"/>
            <w:r w:rsidRPr="00112D6E">
              <w:rPr>
                <w:b/>
              </w:rPr>
              <w:t xml:space="preserve"> </w:t>
            </w:r>
            <w:proofErr w:type="spellStart"/>
            <w:r w:rsidRPr="00112D6E">
              <w:rPr>
                <w:b/>
              </w:rPr>
              <w:t>Tributario</w:t>
            </w:r>
            <w:proofErr w:type="spellEnd"/>
          </w:p>
          <w:p w:rsidR="00E91B74" w:rsidRDefault="00E91B74" w:rsidP="00112082">
            <w:r>
              <w:t>Prof. Alcaraz</w:t>
            </w:r>
            <w:r>
              <w:br/>
              <w:t>1</w:t>
            </w:r>
            <w:r w:rsidR="00112082">
              <w:t>4-17</w:t>
            </w:r>
            <w:r>
              <w:br/>
            </w:r>
          </w:p>
        </w:tc>
        <w:tc>
          <w:tcPr>
            <w:tcW w:w="1533" w:type="dxa"/>
          </w:tcPr>
          <w:p w:rsidR="00E91B74" w:rsidRDefault="00E91B74" w:rsidP="00E91B74"/>
          <w:p w:rsidR="00E91B74" w:rsidRDefault="00E91B74" w:rsidP="00E91B74"/>
          <w:p w:rsidR="00E91B74" w:rsidRDefault="00E91B74" w:rsidP="00E91B74">
            <w:r w:rsidRPr="00E91B74">
              <w:rPr>
                <w:sz w:val="28"/>
              </w:rPr>
              <w:t xml:space="preserve">Aula 1 </w:t>
            </w:r>
          </w:p>
        </w:tc>
      </w:tr>
    </w:tbl>
    <w:p w:rsidR="009F2758" w:rsidRDefault="009F2758"/>
    <w:sectPr w:rsidR="009F275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36A0"/>
    <w:rsid w:val="00112082"/>
    <w:rsid w:val="00112D6E"/>
    <w:rsid w:val="0015074B"/>
    <w:rsid w:val="0029639D"/>
    <w:rsid w:val="00326F90"/>
    <w:rsid w:val="00411E4D"/>
    <w:rsid w:val="006116C7"/>
    <w:rsid w:val="009F2758"/>
    <w:rsid w:val="00AA1D8D"/>
    <w:rsid w:val="00B47730"/>
    <w:rsid w:val="00BA193A"/>
    <w:rsid w:val="00CB0664"/>
    <w:rsid w:val="00E91B7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421E982-46AB-4293-92B6-6D54533A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uesto">
    <w:name w:val="Title"/>
    <w:basedOn w:val="Normal"/>
    <w:next w:val="Normal"/>
    <w:link w:val="Puest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914F42-9490-4470-9E19-57C06DA28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Full name</cp:lastModifiedBy>
  <cp:revision>5</cp:revision>
  <dcterms:created xsi:type="dcterms:W3CDTF">2026-07-02T15:03:00Z</dcterms:created>
  <dcterms:modified xsi:type="dcterms:W3CDTF">2026-07-06T14:44:00Z</dcterms:modified>
  <cp:category/>
</cp:coreProperties>
</file>