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8A2" w:rsidRDefault="00C44840">
      <w:pPr>
        <w:jc w:val="center"/>
      </w:pPr>
      <w:r>
        <w:rPr>
          <w:b/>
          <w:color w:val="1F4E79"/>
          <w:sz w:val="40"/>
        </w:rPr>
        <w:t>MARKETING DIGITAL 2026</w:t>
      </w:r>
      <w:r>
        <w:rPr>
          <w:b/>
          <w:color w:val="1F4E79"/>
          <w:sz w:val="40"/>
        </w:rPr>
        <w:br/>
        <w:t>Cronograma de cursadas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2046"/>
        <w:gridCol w:w="3224"/>
        <w:gridCol w:w="3085"/>
        <w:gridCol w:w="2823"/>
        <w:gridCol w:w="1052"/>
      </w:tblGrid>
      <w:tr w:rsidR="00926852" w:rsidRPr="00C201D0" w:rsidTr="00926852">
        <w:trPr>
          <w:jc w:val="center"/>
        </w:trPr>
        <w:tc>
          <w:tcPr>
            <w:tcW w:w="949" w:type="dxa"/>
          </w:tcPr>
          <w:p w:rsidR="00926852" w:rsidRPr="00C201D0" w:rsidRDefault="00926852" w:rsidP="00926852">
            <w:pPr>
              <w:rPr>
                <w:sz w:val="32"/>
              </w:rPr>
            </w:pPr>
            <w:proofErr w:type="spellStart"/>
            <w:r w:rsidRPr="00C201D0">
              <w:rPr>
                <w:b/>
                <w:sz w:val="32"/>
              </w:rPr>
              <w:t>Año</w:t>
            </w:r>
            <w:proofErr w:type="spellEnd"/>
          </w:p>
        </w:tc>
        <w:tc>
          <w:tcPr>
            <w:tcW w:w="2055" w:type="dxa"/>
          </w:tcPr>
          <w:p w:rsidR="00926852" w:rsidRPr="00C201D0" w:rsidRDefault="00926852" w:rsidP="0092685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Martes</w:t>
            </w:r>
            <w:proofErr w:type="spellEnd"/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3261" w:type="dxa"/>
          </w:tcPr>
          <w:p w:rsidR="00926852" w:rsidRPr="00C201D0" w:rsidRDefault="00926852" w:rsidP="00926852">
            <w:pPr>
              <w:rPr>
                <w:sz w:val="32"/>
              </w:rPr>
            </w:pPr>
            <w:proofErr w:type="spellStart"/>
            <w:r w:rsidRPr="00C201D0">
              <w:rPr>
                <w:b/>
                <w:sz w:val="32"/>
              </w:rPr>
              <w:t>Miércoles</w:t>
            </w:r>
            <w:proofErr w:type="spellEnd"/>
          </w:p>
        </w:tc>
        <w:tc>
          <w:tcPr>
            <w:tcW w:w="3118" w:type="dxa"/>
          </w:tcPr>
          <w:p w:rsidR="00926852" w:rsidRPr="00C201D0" w:rsidRDefault="00926852" w:rsidP="00926852">
            <w:pPr>
              <w:rPr>
                <w:sz w:val="32"/>
              </w:rPr>
            </w:pPr>
            <w:proofErr w:type="spellStart"/>
            <w:r w:rsidRPr="00C201D0">
              <w:rPr>
                <w:b/>
                <w:sz w:val="32"/>
              </w:rPr>
              <w:t>Jueves</w:t>
            </w:r>
            <w:proofErr w:type="spellEnd"/>
          </w:p>
        </w:tc>
        <w:tc>
          <w:tcPr>
            <w:tcW w:w="2856" w:type="dxa"/>
          </w:tcPr>
          <w:p w:rsidR="00926852" w:rsidRPr="00C201D0" w:rsidRDefault="00926852" w:rsidP="00926852">
            <w:pPr>
              <w:rPr>
                <w:sz w:val="32"/>
              </w:rPr>
            </w:pPr>
            <w:r w:rsidRPr="00C201D0">
              <w:rPr>
                <w:b/>
                <w:sz w:val="32"/>
              </w:rPr>
              <w:t>Viernes</w:t>
            </w:r>
          </w:p>
        </w:tc>
        <w:tc>
          <w:tcPr>
            <w:tcW w:w="1058" w:type="dxa"/>
          </w:tcPr>
          <w:p w:rsidR="00926852" w:rsidRPr="00C201D0" w:rsidRDefault="00926852" w:rsidP="00926852">
            <w:pPr>
              <w:rPr>
                <w:sz w:val="32"/>
              </w:rPr>
            </w:pPr>
            <w:r w:rsidRPr="00C201D0">
              <w:rPr>
                <w:b/>
                <w:sz w:val="32"/>
              </w:rPr>
              <w:t>Info</w:t>
            </w:r>
          </w:p>
        </w:tc>
      </w:tr>
      <w:tr w:rsidR="00926852" w:rsidTr="00926852">
        <w:trPr>
          <w:jc w:val="center"/>
        </w:trPr>
        <w:tc>
          <w:tcPr>
            <w:tcW w:w="949" w:type="dxa"/>
          </w:tcPr>
          <w:p w:rsidR="00926852" w:rsidRPr="00C201D0" w:rsidRDefault="00926852" w:rsidP="00926852">
            <w:pPr>
              <w:rPr>
                <w:sz w:val="40"/>
              </w:rPr>
            </w:pPr>
            <w:r w:rsidRPr="00C201D0">
              <w:rPr>
                <w:sz w:val="40"/>
              </w:rPr>
              <w:t>1°</w:t>
            </w:r>
          </w:p>
        </w:tc>
        <w:tc>
          <w:tcPr>
            <w:tcW w:w="2055" w:type="dxa"/>
          </w:tcPr>
          <w:p w:rsidR="00926852" w:rsidRPr="00C201D0" w:rsidRDefault="00926852" w:rsidP="00926852">
            <w:pPr>
              <w:rPr>
                <w:b/>
              </w:rPr>
            </w:pPr>
          </w:p>
        </w:tc>
        <w:tc>
          <w:tcPr>
            <w:tcW w:w="3261" w:type="dxa"/>
          </w:tcPr>
          <w:p w:rsidR="00926852" w:rsidRDefault="00926852" w:rsidP="00926852">
            <w:proofErr w:type="spellStart"/>
            <w:r w:rsidRPr="00C201D0">
              <w:rPr>
                <w:b/>
              </w:rPr>
              <w:t>Metodología</w:t>
            </w:r>
            <w:proofErr w:type="spellEnd"/>
            <w:r w:rsidRPr="00C201D0">
              <w:rPr>
                <w:b/>
              </w:rPr>
              <w:t xml:space="preserve"> para el </w:t>
            </w:r>
            <w:proofErr w:type="spellStart"/>
            <w:r w:rsidRPr="00C201D0">
              <w:rPr>
                <w:b/>
              </w:rPr>
              <w:t>Diseño</w:t>
            </w:r>
            <w:proofErr w:type="spellEnd"/>
            <w:r>
              <w:br/>
              <w:t>Prof. Battilana</w:t>
            </w:r>
          </w:p>
          <w:p w:rsidR="00926852" w:rsidRDefault="00926852" w:rsidP="00926852">
            <w:r>
              <w:t>9-12</w:t>
            </w:r>
            <w:r>
              <w:br/>
            </w:r>
          </w:p>
          <w:p w:rsidR="00926852" w:rsidRPr="00C201D0" w:rsidRDefault="00926852" w:rsidP="00926852">
            <w:pPr>
              <w:rPr>
                <w:b/>
              </w:rPr>
            </w:pPr>
            <w:proofErr w:type="spellStart"/>
            <w:r w:rsidRPr="00C201D0">
              <w:rPr>
                <w:b/>
              </w:rPr>
              <w:t>Fundamentos</w:t>
            </w:r>
            <w:proofErr w:type="spellEnd"/>
            <w:r w:rsidRPr="00C201D0">
              <w:rPr>
                <w:b/>
              </w:rPr>
              <w:t xml:space="preserve"> de Marketing</w:t>
            </w:r>
          </w:p>
          <w:p w:rsidR="00926852" w:rsidRDefault="00D14191" w:rsidP="00926852">
            <w:r>
              <w:t>Prof. Ramirez</w:t>
            </w:r>
            <w:r>
              <w:br/>
              <w:t>12-15</w:t>
            </w:r>
          </w:p>
          <w:p w:rsidR="00926852" w:rsidRDefault="00926852" w:rsidP="00926852"/>
        </w:tc>
        <w:tc>
          <w:tcPr>
            <w:tcW w:w="3118" w:type="dxa"/>
          </w:tcPr>
          <w:p w:rsidR="00926852" w:rsidRPr="00C201D0" w:rsidRDefault="00926852" w:rsidP="00926852">
            <w:pPr>
              <w:rPr>
                <w:b/>
              </w:rPr>
            </w:pPr>
            <w:proofErr w:type="spellStart"/>
            <w:r w:rsidRPr="00C201D0">
              <w:rPr>
                <w:b/>
              </w:rPr>
              <w:t>Introducción</w:t>
            </w:r>
            <w:proofErr w:type="spellEnd"/>
            <w:r w:rsidRPr="00C201D0">
              <w:rPr>
                <w:b/>
              </w:rPr>
              <w:t xml:space="preserve"> </w:t>
            </w:r>
            <w:proofErr w:type="spellStart"/>
            <w:r w:rsidRPr="00C201D0">
              <w:rPr>
                <w:b/>
              </w:rPr>
              <w:t>Programación</w:t>
            </w:r>
            <w:proofErr w:type="spellEnd"/>
            <w:r w:rsidRPr="00C201D0">
              <w:rPr>
                <w:b/>
              </w:rPr>
              <w:t xml:space="preserve"> Web </w:t>
            </w:r>
          </w:p>
          <w:p w:rsidR="00926852" w:rsidRDefault="00926852" w:rsidP="00926852">
            <w:r>
              <w:t xml:space="preserve">Prof. </w:t>
            </w:r>
            <w:proofErr w:type="spellStart"/>
            <w:r>
              <w:t>Liendaff</w:t>
            </w:r>
            <w:proofErr w:type="spellEnd"/>
            <w:r>
              <w:br/>
              <w:t>8:30-12:30</w:t>
            </w:r>
            <w:r>
              <w:br/>
            </w:r>
            <w:r>
              <w:br/>
            </w:r>
            <w:proofErr w:type="spellStart"/>
            <w:r w:rsidRPr="00C201D0">
              <w:rPr>
                <w:b/>
              </w:rPr>
              <w:t>Práctica</w:t>
            </w:r>
            <w:proofErr w:type="spellEnd"/>
            <w:r w:rsidRPr="00C201D0">
              <w:rPr>
                <w:b/>
              </w:rPr>
              <w:t xml:space="preserve"> I</w:t>
            </w:r>
          </w:p>
          <w:p w:rsidR="00926852" w:rsidRDefault="00926852" w:rsidP="00926852">
            <w:r>
              <w:t>Prof. Gomez</w:t>
            </w:r>
            <w:r>
              <w:br/>
              <w:t>14-16</w:t>
            </w:r>
          </w:p>
        </w:tc>
        <w:tc>
          <w:tcPr>
            <w:tcW w:w="2856" w:type="dxa"/>
          </w:tcPr>
          <w:p w:rsidR="00926852" w:rsidRPr="00C201D0" w:rsidRDefault="00926852" w:rsidP="00926852">
            <w:pPr>
              <w:rPr>
                <w:b/>
              </w:rPr>
            </w:pPr>
            <w:proofErr w:type="spellStart"/>
            <w:r w:rsidRPr="00C201D0">
              <w:rPr>
                <w:b/>
              </w:rPr>
              <w:t>Redacción</w:t>
            </w:r>
            <w:proofErr w:type="spellEnd"/>
            <w:r w:rsidRPr="00C201D0">
              <w:rPr>
                <w:b/>
              </w:rPr>
              <w:t xml:space="preserve"> </w:t>
            </w:r>
            <w:proofErr w:type="spellStart"/>
            <w:r w:rsidRPr="00C201D0">
              <w:rPr>
                <w:b/>
              </w:rPr>
              <w:t>Publicitaria</w:t>
            </w:r>
            <w:proofErr w:type="spellEnd"/>
          </w:p>
          <w:p w:rsidR="00926852" w:rsidRDefault="00926852" w:rsidP="00926852">
            <w:r>
              <w:t xml:space="preserve">Prof. </w:t>
            </w:r>
            <w:proofErr w:type="spellStart"/>
            <w:r>
              <w:t>Bayinay</w:t>
            </w:r>
            <w:proofErr w:type="spellEnd"/>
            <w:r>
              <w:br/>
              <w:t>8-11</w:t>
            </w:r>
            <w:r>
              <w:br/>
            </w:r>
            <w:r>
              <w:br/>
            </w:r>
            <w:proofErr w:type="spellStart"/>
            <w:r w:rsidRPr="00C201D0">
              <w:rPr>
                <w:b/>
              </w:rPr>
              <w:t>Diseño</w:t>
            </w:r>
            <w:proofErr w:type="spellEnd"/>
            <w:r w:rsidRPr="00C201D0">
              <w:rPr>
                <w:b/>
              </w:rPr>
              <w:t xml:space="preserve"> de </w:t>
            </w:r>
            <w:proofErr w:type="spellStart"/>
            <w:r w:rsidRPr="00C201D0">
              <w:rPr>
                <w:b/>
              </w:rPr>
              <w:t>Sonido</w:t>
            </w:r>
            <w:proofErr w:type="spellEnd"/>
          </w:p>
          <w:p w:rsidR="00926852" w:rsidRDefault="00926852" w:rsidP="00926852">
            <w:r>
              <w:t xml:space="preserve">Sin Prof. </w:t>
            </w:r>
            <w:r>
              <w:br/>
              <w:t>11-14</w:t>
            </w:r>
          </w:p>
        </w:tc>
        <w:tc>
          <w:tcPr>
            <w:tcW w:w="1058" w:type="dxa"/>
          </w:tcPr>
          <w:p w:rsidR="00926852" w:rsidRDefault="00926852" w:rsidP="00926852"/>
          <w:p w:rsidR="00926852" w:rsidRDefault="00926852" w:rsidP="00926852"/>
          <w:p w:rsidR="00926852" w:rsidRDefault="00926852" w:rsidP="000053BD">
            <w:pPr>
              <w:jc w:val="center"/>
            </w:pPr>
            <w:r>
              <w:t>Aula 8</w:t>
            </w:r>
          </w:p>
        </w:tc>
      </w:tr>
      <w:tr w:rsidR="00926852" w:rsidTr="00926852">
        <w:trPr>
          <w:jc w:val="center"/>
        </w:trPr>
        <w:tc>
          <w:tcPr>
            <w:tcW w:w="949" w:type="dxa"/>
          </w:tcPr>
          <w:p w:rsidR="00926852" w:rsidRPr="00C201D0" w:rsidRDefault="00926852" w:rsidP="00926852">
            <w:pPr>
              <w:rPr>
                <w:sz w:val="40"/>
              </w:rPr>
            </w:pPr>
            <w:r w:rsidRPr="00C201D0">
              <w:rPr>
                <w:sz w:val="40"/>
              </w:rPr>
              <w:t>2°</w:t>
            </w:r>
          </w:p>
        </w:tc>
        <w:tc>
          <w:tcPr>
            <w:tcW w:w="2055" w:type="dxa"/>
          </w:tcPr>
          <w:p w:rsidR="00926852" w:rsidRPr="00C201D0" w:rsidRDefault="00926852" w:rsidP="00926852">
            <w:pPr>
              <w:rPr>
                <w:b/>
              </w:rPr>
            </w:pPr>
          </w:p>
        </w:tc>
        <w:tc>
          <w:tcPr>
            <w:tcW w:w="3261" w:type="dxa"/>
          </w:tcPr>
          <w:p w:rsidR="00926852" w:rsidRPr="00C201D0" w:rsidRDefault="00926852" w:rsidP="00926852">
            <w:pPr>
              <w:rPr>
                <w:b/>
              </w:rPr>
            </w:pPr>
            <w:r w:rsidRPr="00C201D0">
              <w:rPr>
                <w:b/>
              </w:rPr>
              <w:t>Derecho Web</w:t>
            </w:r>
          </w:p>
          <w:p w:rsidR="00926852" w:rsidRDefault="00926852" w:rsidP="00926852">
            <w:r>
              <w:t xml:space="preserve">Prof. </w:t>
            </w:r>
            <w:proofErr w:type="spellStart"/>
            <w:r>
              <w:t>Mazzaglia</w:t>
            </w:r>
            <w:proofErr w:type="spellEnd"/>
            <w:r>
              <w:br/>
              <w:t>13-16 (aula 7)</w:t>
            </w:r>
          </w:p>
        </w:tc>
        <w:tc>
          <w:tcPr>
            <w:tcW w:w="3118" w:type="dxa"/>
          </w:tcPr>
          <w:p w:rsidR="00926852" w:rsidRPr="00C201D0" w:rsidRDefault="00926852" w:rsidP="00926852">
            <w:pPr>
              <w:rPr>
                <w:b/>
              </w:rPr>
            </w:pPr>
            <w:proofErr w:type="spellStart"/>
            <w:r w:rsidRPr="00C201D0">
              <w:rPr>
                <w:b/>
              </w:rPr>
              <w:t>Producción</w:t>
            </w:r>
            <w:proofErr w:type="spellEnd"/>
            <w:r w:rsidRPr="00C201D0">
              <w:rPr>
                <w:b/>
              </w:rPr>
              <w:t xml:space="preserve"> </w:t>
            </w:r>
            <w:proofErr w:type="spellStart"/>
            <w:r w:rsidRPr="00C201D0">
              <w:rPr>
                <w:b/>
              </w:rPr>
              <w:t>Publicitaria</w:t>
            </w:r>
            <w:proofErr w:type="spellEnd"/>
          </w:p>
          <w:p w:rsidR="00926852" w:rsidRDefault="00926852" w:rsidP="00926852">
            <w:r>
              <w:t>Prof. Gomez (aula 7)</w:t>
            </w:r>
            <w:r>
              <w:br/>
              <w:t>10-14</w:t>
            </w:r>
            <w:r>
              <w:br/>
            </w:r>
            <w:r>
              <w:br/>
            </w:r>
            <w:proofErr w:type="spellStart"/>
            <w:r w:rsidRPr="00C201D0">
              <w:rPr>
                <w:b/>
              </w:rPr>
              <w:t>Programación</w:t>
            </w:r>
            <w:proofErr w:type="spellEnd"/>
            <w:r w:rsidRPr="00C201D0">
              <w:rPr>
                <w:b/>
              </w:rPr>
              <w:t xml:space="preserve"> y </w:t>
            </w:r>
            <w:proofErr w:type="spellStart"/>
            <w:r w:rsidRPr="00C201D0">
              <w:rPr>
                <w:b/>
              </w:rPr>
              <w:t>Diseño</w:t>
            </w:r>
            <w:proofErr w:type="spellEnd"/>
            <w:r w:rsidRPr="00C201D0">
              <w:rPr>
                <w:b/>
              </w:rPr>
              <w:t xml:space="preserve"> Web I</w:t>
            </w:r>
            <w:r w:rsidR="00314033">
              <w:rPr>
                <w:b/>
              </w:rPr>
              <w:t xml:space="preserve">   </w:t>
            </w:r>
            <w:r>
              <w:t>Prof. Benedetto (</w:t>
            </w:r>
            <w:proofErr w:type="spellStart"/>
            <w:r>
              <w:t>sala</w:t>
            </w:r>
            <w:proofErr w:type="spellEnd"/>
            <w:r>
              <w:t xml:space="preserve"> de </w:t>
            </w:r>
            <w:proofErr w:type="spellStart"/>
            <w:r>
              <w:t>informatica</w:t>
            </w:r>
            <w:proofErr w:type="spellEnd"/>
            <w:r>
              <w:t>)</w:t>
            </w:r>
            <w:r>
              <w:br/>
              <w:t>15-19</w:t>
            </w:r>
          </w:p>
          <w:p w:rsidR="00926852" w:rsidRDefault="00926852" w:rsidP="00926852"/>
        </w:tc>
        <w:tc>
          <w:tcPr>
            <w:tcW w:w="2856" w:type="dxa"/>
          </w:tcPr>
          <w:p w:rsidR="00926852" w:rsidRPr="00C201D0" w:rsidRDefault="00926852" w:rsidP="00926852">
            <w:pPr>
              <w:rPr>
                <w:b/>
              </w:rPr>
            </w:pPr>
            <w:proofErr w:type="spellStart"/>
            <w:r w:rsidRPr="00C201D0">
              <w:rPr>
                <w:b/>
              </w:rPr>
              <w:t>Lenguaje</w:t>
            </w:r>
            <w:proofErr w:type="spellEnd"/>
            <w:r w:rsidRPr="00C201D0">
              <w:rPr>
                <w:b/>
              </w:rPr>
              <w:t xml:space="preserve"> Audiovisual II</w:t>
            </w:r>
          </w:p>
          <w:p w:rsidR="00926852" w:rsidRDefault="00926852" w:rsidP="00926852">
            <w:r>
              <w:t xml:space="preserve">Prof. </w:t>
            </w:r>
            <w:proofErr w:type="spellStart"/>
            <w:r>
              <w:t>Uzcudum</w:t>
            </w:r>
            <w:proofErr w:type="spellEnd"/>
            <w:r>
              <w:br/>
              <w:t>12-14 (Aula 6)</w:t>
            </w:r>
            <w:r>
              <w:br/>
            </w:r>
            <w:r>
              <w:br/>
            </w:r>
            <w:proofErr w:type="spellStart"/>
            <w:r w:rsidRPr="00C201D0">
              <w:rPr>
                <w:b/>
              </w:rPr>
              <w:t>Prácticas</w:t>
            </w:r>
            <w:proofErr w:type="spellEnd"/>
            <w:r w:rsidRPr="00C201D0">
              <w:rPr>
                <w:b/>
              </w:rPr>
              <w:t xml:space="preserve"> II</w:t>
            </w:r>
          </w:p>
          <w:p w:rsidR="00926852" w:rsidRDefault="00926852" w:rsidP="00926852">
            <w:r>
              <w:t>Prof. Gomez (aula 8)</w:t>
            </w:r>
            <w:r>
              <w:br/>
              <w:t>14-18</w:t>
            </w:r>
          </w:p>
        </w:tc>
        <w:tc>
          <w:tcPr>
            <w:tcW w:w="1058" w:type="dxa"/>
          </w:tcPr>
          <w:p w:rsidR="00926852" w:rsidRDefault="00926852" w:rsidP="00926852"/>
          <w:p w:rsidR="00926852" w:rsidRDefault="00926852" w:rsidP="00926852"/>
          <w:p w:rsidR="00926852" w:rsidRDefault="00926852" w:rsidP="000053BD">
            <w:pPr>
              <w:jc w:val="center"/>
            </w:pPr>
            <w:proofErr w:type="spellStart"/>
            <w:r>
              <w:t>Aulas</w:t>
            </w:r>
            <w:proofErr w:type="spellEnd"/>
          </w:p>
          <w:p w:rsidR="00926852" w:rsidRDefault="00926852" w:rsidP="000053BD">
            <w:pPr>
              <w:jc w:val="center"/>
            </w:pPr>
            <w:r>
              <w:t>6, 7, 8</w:t>
            </w:r>
          </w:p>
        </w:tc>
      </w:tr>
      <w:tr w:rsidR="00926852" w:rsidTr="00926852">
        <w:trPr>
          <w:jc w:val="center"/>
        </w:trPr>
        <w:tc>
          <w:tcPr>
            <w:tcW w:w="949" w:type="dxa"/>
          </w:tcPr>
          <w:p w:rsidR="00926852" w:rsidRPr="00C201D0" w:rsidRDefault="00926852" w:rsidP="00926852">
            <w:pPr>
              <w:rPr>
                <w:sz w:val="40"/>
              </w:rPr>
            </w:pPr>
            <w:r w:rsidRPr="00C201D0">
              <w:rPr>
                <w:sz w:val="40"/>
              </w:rPr>
              <w:t>3°</w:t>
            </w:r>
          </w:p>
        </w:tc>
        <w:tc>
          <w:tcPr>
            <w:tcW w:w="2055" w:type="dxa"/>
          </w:tcPr>
          <w:p w:rsidR="00926852" w:rsidRPr="00926852" w:rsidRDefault="00926852" w:rsidP="00926852">
            <w:pPr>
              <w:rPr>
                <w:b/>
              </w:rPr>
            </w:pPr>
            <w:proofErr w:type="spellStart"/>
            <w:r w:rsidRPr="00926852">
              <w:rPr>
                <w:b/>
              </w:rPr>
              <w:t>Programación</w:t>
            </w:r>
            <w:proofErr w:type="spellEnd"/>
            <w:r w:rsidRPr="00926852">
              <w:rPr>
                <w:b/>
              </w:rPr>
              <w:t xml:space="preserve"> y </w:t>
            </w:r>
            <w:proofErr w:type="spellStart"/>
            <w:r w:rsidRPr="00926852">
              <w:rPr>
                <w:b/>
              </w:rPr>
              <w:t>Diseño</w:t>
            </w:r>
            <w:proofErr w:type="spellEnd"/>
            <w:r w:rsidRPr="00926852">
              <w:rPr>
                <w:b/>
              </w:rPr>
              <w:t xml:space="preserve"> Web II</w:t>
            </w:r>
          </w:p>
          <w:p w:rsidR="00926852" w:rsidRPr="00926852" w:rsidRDefault="00926852" w:rsidP="00926852">
            <w:pPr>
              <w:rPr>
                <w:b/>
              </w:rPr>
            </w:pPr>
            <w:r>
              <w:t>Prof. Liendaf</w:t>
            </w:r>
            <w:r>
              <w:br/>
              <w:t>8:30-12:30</w:t>
            </w:r>
          </w:p>
        </w:tc>
        <w:tc>
          <w:tcPr>
            <w:tcW w:w="3261" w:type="dxa"/>
          </w:tcPr>
          <w:p w:rsidR="00926852" w:rsidRPr="00926852" w:rsidRDefault="00926852" w:rsidP="00926852">
            <w:pPr>
              <w:rPr>
                <w:b/>
              </w:rPr>
            </w:pPr>
            <w:proofErr w:type="spellStart"/>
            <w:r w:rsidRPr="00926852">
              <w:rPr>
                <w:b/>
              </w:rPr>
              <w:t>Psicología</w:t>
            </w:r>
            <w:proofErr w:type="spellEnd"/>
            <w:r w:rsidRPr="00926852">
              <w:rPr>
                <w:b/>
              </w:rPr>
              <w:t xml:space="preserve"> del Mercado</w:t>
            </w:r>
          </w:p>
          <w:p w:rsidR="00926852" w:rsidRDefault="00926852" w:rsidP="00926852">
            <w:r>
              <w:t>Prof. Ramirez</w:t>
            </w:r>
            <w:r>
              <w:br/>
              <w:t>1</w:t>
            </w:r>
            <w:r w:rsidR="0027255A">
              <w:t>5-18</w:t>
            </w:r>
            <w:r>
              <w:br/>
            </w:r>
            <w:r>
              <w:br/>
            </w:r>
          </w:p>
          <w:p w:rsidR="00926852" w:rsidRDefault="00926852" w:rsidP="00926852"/>
        </w:tc>
        <w:tc>
          <w:tcPr>
            <w:tcW w:w="3118" w:type="dxa"/>
          </w:tcPr>
          <w:p w:rsidR="00926852" w:rsidRPr="00926852" w:rsidRDefault="00926852" w:rsidP="00926852">
            <w:pPr>
              <w:rPr>
                <w:b/>
              </w:rPr>
            </w:pPr>
            <w:proofErr w:type="spellStart"/>
            <w:r w:rsidRPr="00926852">
              <w:rPr>
                <w:b/>
              </w:rPr>
              <w:t>Gestión</w:t>
            </w:r>
            <w:proofErr w:type="spellEnd"/>
            <w:r w:rsidRPr="00926852">
              <w:rPr>
                <w:b/>
              </w:rPr>
              <w:t xml:space="preserve"> de </w:t>
            </w:r>
            <w:proofErr w:type="spellStart"/>
            <w:r w:rsidRPr="00926852">
              <w:rPr>
                <w:b/>
              </w:rPr>
              <w:t>Redes</w:t>
            </w:r>
            <w:proofErr w:type="spellEnd"/>
            <w:r w:rsidRPr="00926852">
              <w:rPr>
                <w:b/>
              </w:rPr>
              <w:t xml:space="preserve"> II</w:t>
            </w:r>
          </w:p>
          <w:p w:rsidR="00926852" w:rsidRDefault="00926852" w:rsidP="00926852">
            <w:r>
              <w:t xml:space="preserve">Prof. </w:t>
            </w:r>
            <w:proofErr w:type="spellStart"/>
            <w:r>
              <w:t>Wantnud</w:t>
            </w:r>
            <w:proofErr w:type="spellEnd"/>
            <w:r>
              <w:br/>
              <w:t>13-16</w:t>
            </w:r>
            <w:r>
              <w:br/>
            </w:r>
            <w:r>
              <w:br/>
            </w:r>
            <w:proofErr w:type="spellStart"/>
            <w:r w:rsidRPr="00314033">
              <w:rPr>
                <w:b/>
              </w:rPr>
              <w:t>Prácticas</w:t>
            </w:r>
            <w:proofErr w:type="spellEnd"/>
            <w:r w:rsidRPr="00314033">
              <w:rPr>
                <w:b/>
              </w:rPr>
              <w:t xml:space="preserve"> III</w:t>
            </w:r>
          </w:p>
          <w:p w:rsidR="00926852" w:rsidRDefault="00926852" w:rsidP="00926852">
            <w:r>
              <w:t>Prof. Gomez</w:t>
            </w:r>
          </w:p>
          <w:p w:rsidR="00926852" w:rsidRDefault="00926852" w:rsidP="00926852">
            <w:r>
              <w:t>16-19</w:t>
            </w:r>
          </w:p>
        </w:tc>
        <w:tc>
          <w:tcPr>
            <w:tcW w:w="2856" w:type="dxa"/>
          </w:tcPr>
          <w:p w:rsidR="00314033" w:rsidRDefault="00926852" w:rsidP="00926852">
            <w:proofErr w:type="spellStart"/>
            <w:r w:rsidRPr="00314033">
              <w:rPr>
                <w:b/>
              </w:rPr>
              <w:t>Estrategia</w:t>
            </w:r>
            <w:proofErr w:type="spellEnd"/>
            <w:r w:rsidRPr="00314033">
              <w:rPr>
                <w:b/>
              </w:rPr>
              <w:t xml:space="preserve"> </w:t>
            </w:r>
            <w:proofErr w:type="spellStart"/>
            <w:r w:rsidRPr="00314033">
              <w:rPr>
                <w:b/>
              </w:rPr>
              <w:t>Creativa</w:t>
            </w:r>
            <w:proofErr w:type="spellEnd"/>
            <w:r>
              <w:br/>
            </w:r>
            <w:r w:rsidR="00314033">
              <w:t>Prof. Ramirez</w:t>
            </w:r>
          </w:p>
          <w:p w:rsidR="00314033" w:rsidRDefault="00926852" w:rsidP="00926852">
            <w:r>
              <w:t>14-18</w:t>
            </w:r>
            <w:r>
              <w:br/>
            </w:r>
            <w:r>
              <w:br/>
            </w:r>
            <w:proofErr w:type="spellStart"/>
            <w:r w:rsidRPr="00314033">
              <w:rPr>
                <w:b/>
              </w:rPr>
              <w:t>Prácticas</w:t>
            </w:r>
            <w:proofErr w:type="spellEnd"/>
            <w:r w:rsidRPr="00314033">
              <w:rPr>
                <w:b/>
              </w:rPr>
              <w:t xml:space="preserve"> III</w:t>
            </w:r>
          </w:p>
          <w:p w:rsidR="00926852" w:rsidRDefault="00314033" w:rsidP="00926852">
            <w:r>
              <w:t>Prof. Gomez</w:t>
            </w:r>
            <w:r w:rsidR="00926852">
              <w:br/>
              <w:t>18-21</w:t>
            </w:r>
          </w:p>
        </w:tc>
        <w:tc>
          <w:tcPr>
            <w:tcW w:w="1058" w:type="dxa"/>
          </w:tcPr>
          <w:p w:rsidR="00926852" w:rsidRDefault="00926852" w:rsidP="00926852"/>
          <w:p w:rsidR="00926852" w:rsidRDefault="00926852" w:rsidP="00926852"/>
          <w:p w:rsidR="00926852" w:rsidRDefault="00926852" w:rsidP="000053BD">
            <w:pPr>
              <w:jc w:val="center"/>
            </w:pPr>
            <w:r>
              <w:t>Au</w:t>
            </w:r>
            <w:bookmarkStart w:id="0" w:name="_GoBack"/>
            <w:bookmarkEnd w:id="0"/>
            <w:r>
              <w:t>la 9</w:t>
            </w:r>
          </w:p>
        </w:tc>
      </w:tr>
    </w:tbl>
    <w:p w:rsidR="00C44840" w:rsidRDefault="00C44840"/>
    <w:sectPr w:rsidR="00C44840" w:rsidSect="00C201D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53BD"/>
    <w:rsid w:val="00034616"/>
    <w:rsid w:val="0006063C"/>
    <w:rsid w:val="000B6287"/>
    <w:rsid w:val="0015074B"/>
    <w:rsid w:val="0027255A"/>
    <w:rsid w:val="0029639D"/>
    <w:rsid w:val="00314033"/>
    <w:rsid w:val="00326F90"/>
    <w:rsid w:val="00926852"/>
    <w:rsid w:val="00AA1D8D"/>
    <w:rsid w:val="00B47730"/>
    <w:rsid w:val="00C201D0"/>
    <w:rsid w:val="00C44840"/>
    <w:rsid w:val="00C978A2"/>
    <w:rsid w:val="00CB0664"/>
    <w:rsid w:val="00D141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12FBCCB-6462-4762-94EB-0B220F1A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CF853-43AF-4E8A-B134-848C9107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Full name</cp:lastModifiedBy>
  <cp:revision>7</cp:revision>
  <dcterms:created xsi:type="dcterms:W3CDTF">2026-07-02T14:24:00Z</dcterms:created>
  <dcterms:modified xsi:type="dcterms:W3CDTF">2026-07-29T16:31:00Z</dcterms:modified>
  <cp:category/>
</cp:coreProperties>
</file>