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95F" w:rsidRDefault="00B34F36">
      <w:pPr>
        <w:jc w:val="center"/>
      </w:pPr>
      <w:r>
        <w:rPr>
          <w:b/>
          <w:color w:val="1F4E79"/>
          <w:sz w:val="40"/>
        </w:rPr>
        <w:t>SEGURIDAD E HIGIENE</w:t>
      </w:r>
      <w:r>
        <w:rPr>
          <w:b/>
          <w:color w:val="1F4E79"/>
          <w:sz w:val="40"/>
        </w:rPr>
        <w:br/>
        <w:t>Cronograma de cursadas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00"/>
        <w:gridCol w:w="2062"/>
        <w:gridCol w:w="2066"/>
        <w:gridCol w:w="2179"/>
        <w:gridCol w:w="2389"/>
        <w:gridCol w:w="2150"/>
        <w:gridCol w:w="1530"/>
      </w:tblGrid>
      <w:tr w:rsidR="00A35038" w:rsidRPr="00A35038" w:rsidTr="002065BA">
        <w:trPr>
          <w:jc w:val="center"/>
        </w:trPr>
        <w:tc>
          <w:tcPr>
            <w:tcW w:w="800" w:type="dxa"/>
          </w:tcPr>
          <w:p w:rsidR="00DF695F" w:rsidRPr="00A35038" w:rsidRDefault="00B34F36">
            <w:pPr>
              <w:rPr>
                <w:sz w:val="32"/>
              </w:rPr>
            </w:pPr>
            <w:proofErr w:type="spellStart"/>
            <w:r w:rsidRPr="00A35038">
              <w:rPr>
                <w:b/>
                <w:sz w:val="32"/>
              </w:rPr>
              <w:t>Año</w:t>
            </w:r>
            <w:proofErr w:type="spellEnd"/>
          </w:p>
        </w:tc>
        <w:tc>
          <w:tcPr>
            <w:tcW w:w="2062" w:type="dxa"/>
          </w:tcPr>
          <w:p w:rsidR="00DF695F" w:rsidRPr="00A35038" w:rsidRDefault="00B34F36">
            <w:pPr>
              <w:rPr>
                <w:sz w:val="32"/>
              </w:rPr>
            </w:pPr>
            <w:r w:rsidRPr="00A35038">
              <w:rPr>
                <w:b/>
                <w:sz w:val="32"/>
              </w:rPr>
              <w:t>Lunes</w:t>
            </w:r>
          </w:p>
        </w:tc>
        <w:tc>
          <w:tcPr>
            <w:tcW w:w="2066" w:type="dxa"/>
          </w:tcPr>
          <w:p w:rsidR="00DF695F" w:rsidRPr="00A35038" w:rsidRDefault="00B34F36">
            <w:pPr>
              <w:rPr>
                <w:sz w:val="32"/>
              </w:rPr>
            </w:pPr>
            <w:proofErr w:type="spellStart"/>
            <w:r w:rsidRPr="00A35038">
              <w:rPr>
                <w:b/>
                <w:sz w:val="32"/>
              </w:rPr>
              <w:t>Martes</w:t>
            </w:r>
            <w:proofErr w:type="spellEnd"/>
          </w:p>
        </w:tc>
        <w:tc>
          <w:tcPr>
            <w:tcW w:w="2179" w:type="dxa"/>
          </w:tcPr>
          <w:p w:rsidR="00DF695F" w:rsidRPr="00A35038" w:rsidRDefault="00B34F36">
            <w:pPr>
              <w:rPr>
                <w:sz w:val="32"/>
              </w:rPr>
            </w:pPr>
            <w:proofErr w:type="spellStart"/>
            <w:r w:rsidRPr="00A35038">
              <w:rPr>
                <w:b/>
                <w:sz w:val="32"/>
              </w:rPr>
              <w:t>Miércoles</w:t>
            </w:r>
            <w:proofErr w:type="spellEnd"/>
          </w:p>
        </w:tc>
        <w:tc>
          <w:tcPr>
            <w:tcW w:w="2389" w:type="dxa"/>
          </w:tcPr>
          <w:p w:rsidR="00DF695F" w:rsidRPr="00A35038" w:rsidRDefault="00B34F36">
            <w:pPr>
              <w:rPr>
                <w:sz w:val="32"/>
              </w:rPr>
            </w:pPr>
            <w:proofErr w:type="spellStart"/>
            <w:r w:rsidRPr="00A35038">
              <w:rPr>
                <w:b/>
                <w:sz w:val="32"/>
              </w:rPr>
              <w:t>Jueves</w:t>
            </w:r>
            <w:proofErr w:type="spellEnd"/>
          </w:p>
        </w:tc>
        <w:tc>
          <w:tcPr>
            <w:tcW w:w="2150" w:type="dxa"/>
          </w:tcPr>
          <w:p w:rsidR="00DF695F" w:rsidRPr="00A35038" w:rsidRDefault="00B34F36">
            <w:pPr>
              <w:rPr>
                <w:sz w:val="32"/>
              </w:rPr>
            </w:pPr>
            <w:r w:rsidRPr="00A35038">
              <w:rPr>
                <w:b/>
                <w:sz w:val="32"/>
              </w:rPr>
              <w:t>Viernes</w:t>
            </w:r>
          </w:p>
        </w:tc>
        <w:tc>
          <w:tcPr>
            <w:tcW w:w="1530" w:type="dxa"/>
          </w:tcPr>
          <w:p w:rsidR="00DF695F" w:rsidRPr="00A35038" w:rsidRDefault="00B34F36">
            <w:pPr>
              <w:rPr>
                <w:sz w:val="32"/>
              </w:rPr>
            </w:pPr>
            <w:r w:rsidRPr="00A35038">
              <w:rPr>
                <w:b/>
                <w:sz w:val="32"/>
              </w:rPr>
              <w:t>Info</w:t>
            </w:r>
          </w:p>
        </w:tc>
      </w:tr>
      <w:tr w:rsidR="00A35038" w:rsidTr="002065BA">
        <w:trPr>
          <w:jc w:val="center"/>
        </w:trPr>
        <w:tc>
          <w:tcPr>
            <w:tcW w:w="800" w:type="dxa"/>
          </w:tcPr>
          <w:p w:rsidR="00DF695F" w:rsidRPr="00A35038" w:rsidRDefault="00B34F36">
            <w:pPr>
              <w:rPr>
                <w:i/>
                <w:sz w:val="32"/>
              </w:rPr>
            </w:pPr>
            <w:r w:rsidRPr="00A35038">
              <w:rPr>
                <w:i/>
                <w:sz w:val="32"/>
              </w:rPr>
              <w:t>1° A</w:t>
            </w:r>
          </w:p>
        </w:tc>
        <w:tc>
          <w:tcPr>
            <w:tcW w:w="2062" w:type="dxa"/>
          </w:tcPr>
          <w:p w:rsidR="00A35038" w:rsidRPr="00A35038" w:rsidRDefault="00B34F36">
            <w:pPr>
              <w:rPr>
                <w:b/>
                <w:i/>
              </w:rPr>
            </w:pPr>
            <w:proofErr w:type="spellStart"/>
            <w:r w:rsidRPr="00A35038">
              <w:rPr>
                <w:b/>
                <w:i/>
              </w:rPr>
              <w:t>Prácticas</w:t>
            </w:r>
            <w:proofErr w:type="spellEnd"/>
            <w:r w:rsidR="00A35038" w:rsidRPr="00A35038">
              <w:rPr>
                <w:b/>
                <w:i/>
              </w:rPr>
              <w:t xml:space="preserve"> 1</w:t>
            </w:r>
          </w:p>
          <w:p w:rsidR="00DF695F" w:rsidRDefault="00A35038">
            <w:pPr>
              <w:rPr>
                <w:i/>
              </w:rPr>
            </w:pPr>
            <w:r>
              <w:rPr>
                <w:i/>
              </w:rPr>
              <w:t xml:space="preserve">Sin Prof. </w:t>
            </w:r>
            <w:r w:rsidR="00B34F36" w:rsidRPr="00A35038">
              <w:rPr>
                <w:i/>
              </w:rPr>
              <w:br/>
              <w:t>10-13</w:t>
            </w:r>
          </w:p>
          <w:p w:rsidR="00A35038" w:rsidRDefault="00A35038">
            <w:pPr>
              <w:rPr>
                <w:i/>
              </w:rPr>
            </w:pPr>
          </w:p>
          <w:p w:rsidR="00A35038" w:rsidRPr="00A35038" w:rsidRDefault="00A35038">
            <w:pPr>
              <w:rPr>
                <w:b/>
                <w:i/>
              </w:rPr>
            </w:pPr>
            <w:proofErr w:type="spellStart"/>
            <w:r w:rsidRPr="00A35038">
              <w:rPr>
                <w:b/>
                <w:i/>
              </w:rPr>
              <w:t>Psicologia</w:t>
            </w:r>
            <w:proofErr w:type="spellEnd"/>
            <w:r w:rsidRPr="00A35038">
              <w:rPr>
                <w:b/>
                <w:i/>
              </w:rPr>
              <w:t xml:space="preserve"> </w:t>
            </w:r>
            <w:proofErr w:type="spellStart"/>
            <w:r w:rsidRPr="00A35038">
              <w:rPr>
                <w:b/>
                <w:i/>
              </w:rPr>
              <w:t>laboral</w:t>
            </w:r>
            <w:proofErr w:type="spellEnd"/>
          </w:p>
          <w:p w:rsidR="00A35038" w:rsidRDefault="00A35038">
            <w:pPr>
              <w:rPr>
                <w:i/>
              </w:rPr>
            </w:pPr>
            <w:r>
              <w:rPr>
                <w:i/>
              </w:rPr>
              <w:t>Prof. Carvalhosa</w:t>
            </w:r>
          </w:p>
          <w:p w:rsidR="00A35038" w:rsidRPr="00A35038" w:rsidRDefault="00A35038">
            <w:pPr>
              <w:rPr>
                <w:i/>
              </w:rPr>
            </w:pPr>
            <w:r>
              <w:rPr>
                <w:i/>
              </w:rPr>
              <w:t>13-15</w:t>
            </w:r>
          </w:p>
        </w:tc>
        <w:tc>
          <w:tcPr>
            <w:tcW w:w="2066" w:type="dxa"/>
          </w:tcPr>
          <w:p w:rsidR="00A35038" w:rsidRPr="00A35038" w:rsidRDefault="00B34F36">
            <w:pPr>
              <w:rPr>
                <w:b/>
                <w:i/>
              </w:rPr>
            </w:pPr>
            <w:proofErr w:type="spellStart"/>
            <w:r w:rsidRPr="00A35038">
              <w:rPr>
                <w:b/>
                <w:i/>
              </w:rPr>
              <w:t>Dibujo</w:t>
            </w:r>
            <w:proofErr w:type="spellEnd"/>
            <w:r w:rsidRPr="00A35038">
              <w:rPr>
                <w:b/>
                <w:i/>
              </w:rPr>
              <w:t xml:space="preserve"> </w:t>
            </w:r>
            <w:proofErr w:type="spellStart"/>
            <w:r w:rsidRPr="00A35038">
              <w:rPr>
                <w:b/>
                <w:i/>
              </w:rPr>
              <w:t>Técnico</w:t>
            </w:r>
            <w:proofErr w:type="spellEnd"/>
          </w:p>
          <w:p w:rsidR="00A35038" w:rsidRDefault="00A35038">
            <w:pPr>
              <w:rPr>
                <w:i/>
              </w:rPr>
            </w:pPr>
            <w:r>
              <w:rPr>
                <w:i/>
              </w:rPr>
              <w:t>Prof. Quispe</w:t>
            </w:r>
            <w:r w:rsidR="00B34F36" w:rsidRPr="00A35038">
              <w:rPr>
                <w:i/>
              </w:rPr>
              <w:br/>
              <w:t>1</w:t>
            </w:r>
            <w:r w:rsidR="00191AFE">
              <w:rPr>
                <w:i/>
              </w:rPr>
              <w:t>2</w:t>
            </w:r>
            <w:r w:rsidR="00B34F36" w:rsidRPr="00A35038">
              <w:rPr>
                <w:i/>
              </w:rPr>
              <w:t>-1</w:t>
            </w:r>
            <w:r w:rsidR="00191AFE">
              <w:rPr>
                <w:i/>
              </w:rPr>
              <w:t>4</w:t>
            </w:r>
            <w:r w:rsidR="00B34F36" w:rsidRPr="00A35038">
              <w:rPr>
                <w:i/>
              </w:rPr>
              <w:br/>
            </w:r>
            <w:r w:rsidR="00B34F36" w:rsidRPr="00A35038">
              <w:rPr>
                <w:i/>
              </w:rPr>
              <w:br/>
            </w:r>
            <w:proofErr w:type="spellStart"/>
            <w:r w:rsidR="00B34F36" w:rsidRPr="00CB44E5">
              <w:rPr>
                <w:b/>
                <w:i/>
              </w:rPr>
              <w:t>Química</w:t>
            </w:r>
            <w:proofErr w:type="spellEnd"/>
            <w:r w:rsidR="00B34F36" w:rsidRPr="00CB44E5">
              <w:rPr>
                <w:b/>
                <w:i/>
              </w:rPr>
              <w:t xml:space="preserve"> </w:t>
            </w:r>
            <w:r w:rsidR="00B34F36" w:rsidRPr="00A35038">
              <w:rPr>
                <w:i/>
              </w:rPr>
              <w:t>I</w:t>
            </w:r>
          </w:p>
          <w:p w:rsidR="00DF695F" w:rsidRPr="00A35038" w:rsidRDefault="00A35038">
            <w:pPr>
              <w:rPr>
                <w:i/>
              </w:rPr>
            </w:pPr>
            <w:r>
              <w:rPr>
                <w:i/>
              </w:rPr>
              <w:t xml:space="preserve">Prof. </w:t>
            </w:r>
            <w:proofErr w:type="spellStart"/>
            <w:r>
              <w:rPr>
                <w:i/>
              </w:rPr>
              <w:t>Vallejos</w:t>
            </w:r>
            <w:proofErr w:type="spellEnd"/>
            <w:r>
              <w:rPr>
                <w:i/>
              </w:rPr>
              <w:t xml:space="preserve"> </w:t>
            </w:r>
            <w:r w:rsidR="00B34F36" w:rsidRPr="00A35038">
              <w:rPr>
                <w:i/>
              </w:rPr>
              <w:br/>
              <w:t>14-17</w:t>
            </w:r>
          </w:p>
        </w:tc>
        <w:tc>
          <w:tcPr>
            <w:tcW w:w="2179" w:type="dxa"/>
          </w:tcPr>
          <w:p w:rsidR="00DF695F" w:rsidRPr="00A35038" w:rsidRDefault="00DF695F">
            <w:pPr>
              <w:rPr>
                <w:i/>
              </w:rPr>
            </w:pPr>
          </w:p>
        </w:tc>
        <w:tc>
          <w:tcPr>
            <w:tcW w:w="2389" w:type="dxa"/>
          </w:tcPr>
          <w:p w:rsidR="00A35038" w:rsidRPr="00A35038" w:rsidRDefault="00B34F36">
            <w:pPr>
              <w:rPr>
                <w:b/>
                <w:i/>
              </w:rPr>
            </w:pPr>
            <w:proofErr w:type="spellStart"/>
            <w:r w:rsidRPr="00A35038">
              <w:rPr>
                <w:b/>
                <w:i/>
              </w:rPr>
              <w:t>Higiene</w:t>
            </w:r>
            <w:proofErr w:type="spellEnd"/>
            <w:r w:rsidRPr="00A35038">
              <w:rPr>
                <w:b/>
                <w:i/>
              </w:rPr>
              <w:t xml:space="preserve"> I</w:t>
            </w:r>
          </w:p>
          <w:p w:rsidR="00DF695F" w:rsidRPr="00A35038" w:rsidRDefault="00A35038">
            <w:pPr>
              <w:rPr>
                <w:i/>
              </w:rPr>
            </w:pPr>
            <w:r>
              <w:rPr>
                <w:i/>
              </w:rPr>
              <w:t>Prof. Palacios</w:t>
            </w:r>
            <w:r w:rsidR="00B34F36" w:rsidRPr="00A35038">
              <w:rPr>
                <w:i/>
              </w:rPr>
              <w:br/>
              <w:t>17-21</w:t>
            </w:r>
          </w:p>
        </w:tc>
        <w:tc>
          <w:tcPr>
            <w:tcW w:w="2150" w:type="dxa"/>
          </w:tcPr>
          <w:p w:rsidR="00A35038" w:rsidRPr="00A35038" w:rsidRDefault="00B34F36">
            <w:pPr>
              <w:rPr>
                <w:b/>
                <w:i/>
              </w:rPr>
            </w:pPr>
            <w:proofErr w:type="spellStart"/>
            <w:r w:rsidRPr="00A35038">
              <w:rPr>
                <w:b/>
                <w:i/>
              </w:rPr>
              <w:t>Comunicación</w:t>
            </w:r>
            <w:proofErr w:type="spellEnd"/>
          </w:p>
          <w:p w:rsidR="00A35038" w:rsidRDefault="00A35038">
            <w:pPr>
              <w:rPr>
                <w:i/>
              </w:rPr>
            </w:pPr>
            <w:r>
              <w:rPr>
                <w:i/>
              </w:rPr>
              <w:t>Prof. Carvalhosa</w:t>
            </w:r>
            <w:r w:rsidR="00B34F36" w:rsidRPr="00A35038">
              <w:rPr>
                <w:i/>
              </w:rPr>
              <w:br/>
              <w:t>14-16</w:t>
            </w:r>
            <w:r w:rsidR="00B34F36" w:rsidRPr="00A35038">
              <w:rPr>
                <w:i/>
              </w:rPr>
              <w:br/>
            </w:r>
            <w:r w:rsidR="00B34F36" w:rsidRPr="00A35038">
              <w:rPr>
                <w:i/>
              </w:rPr>
              <w:br/>
            </w:r>
            <w:proofErr w:type="spellStart"/>
            <w:r w:rsidR="00B34F36" w:rsidRPr="00A35038">
              <w:rPr>
                <w:b/>
                <w:i/>
              </w:rPr>
              <w:t>Medicina</w:t>
            </w:r>
            <w:proofErr w:type="spellEnd"/>
            <w:r w:rsidR="00B34F36" w:rsidRPr="00A35038">
              <w:rPr>
                <w:b/>
                <w:i/>
              </w:rPr>
              <w:t xml:space="preserve"> </w:t>
            </w:r>
            <w:proofErr w:type="spellStart"/>
            <w:r w:rsidR="00B34F36" w:rsidRPr="00A35038">
              <w:rPr>
                <w:b/>
                <w:i/>
              </w:rPr>
              <w:t>Laboral</w:t>
            </w:r>
            <w:proofErr w:type="spellEnd"/>
          </w:p>
          <w:p w:rsidR="00DF695F" w:rsidRPr="00A35038" w:rsidRDefault="00A35038">
            <w:pPr>
              <w:rPr>
                <w:i/>
              </w:rPr>
            </w:pPr>
            <w:r>
              <w:rPr>
                <w:i/>
              </w:rPr>
              <w:t xml:space="preserve">Prof. Aguilera </w:t>
            </w:r>
            <w:r w:rsidR="00B34F36" w:rsidRPr="00A35038">
              <w:rPr>
                <w:i/>
              </w:rPr>
              <w:br/>
              <w:t>16-19</w:t>
            </w:r>
          </w:p>
        </w:tc>
        <w:tc>
          <w:tcPr>
            <w:tcW w:w="1530" w:type="dxa"/>
          </w:tcPr>
          <w:p w:rsidR="00DF695F" w:rsidRPr="00433893" w:rsidRDefault="00B34F36">
            <w:pPr>
              <w:rPr>
                <w:sz w:val="28"/>
              </w:rPr>
            </w:pPr>
            <w:r w:rsidRPr="00433893">
              <w:rPr>
                <w:sz w:val="28"/>
              </w:rPr>
              <w:t>Magna</w:t>
            </w:r>
          </w:p>
        </w:tc>
      </w:tr>
      <w:tr w:rsidR="00433893" w:rsidTr="002065BA">
        <w:trPr>
          <w:jc w:val="center"/>
        </w:trPr>
        <w:tc>
          <w:tcPr>
            <w:tcW w:w="800" w:type="dxa"/>
          </w:tcPr>
          <w:p w:rsidR="00DF695F" w:rsidRPr="00A35038" w:rsidRDefault="00B34F36">
            <w:pPr>
              <w:rPr>
                <w:sz w:val="32"/>
              </w:rPr>
            </w:pPr>
            <w:r w:rsidRPr="00A35038">
              <w:rPr>
                <w:sz w:val="32"/>
              </w:rPr>
              <w:t>1° B</w:t>
            </w:r>
          </w:p>
        </w:tc>
        <w:tc>
          <w:tcPr>
            <w:tcW w:w="2062" w:type="dxa"/>
          </w:tcPr>
          <w:p w:rsidR="00A35038" w:rsidRPr="00A35038" w:rsidRDefault="00B34F36">
            <w:pPr>
              <w:rPr>
                <w:b/>
              </w:rPr>
            </w:pPr>
            <w:proofErr w:type="spellStart"/>
            <w:r w:rsidRPr="00A35038">
              <w:rPr>
                <w:b/>
              </w:rPr>
              <w:t>Dibujo</w:t>
            </w:r>
            <w:proofErr w:type="spellEnd"/>
            <w:r w:rsidRPr="00A35038">
              <w:rPr>
                <w:b/>
              </w:rPr>
              <w:t xml:space="preserve"> </w:t>
            </w:r>
            <w:proofErr w:type="spellStart"/>
            <w:r w:rsidRPr="00A35038">
              <w:rPr>
                <w:b/>
              </w:rPr>
              <w:t>Técnico</w:t>
            </w:r>
            <w:proofErr w:type="spellEnd"/>
          </w:p>
          <w:p w:rsidR="00DF695F" w:rsidRDefault="00A35038">
            <w:r>
              <w:t>Prof. Quispe</w:t>
            </w:r>
            <w:r w:rsidR="008A4C57">
              <w:t xml:space="preserve">  </w:t>
            </w:r>
            <w:r w:rsidR="00B34F36">
              <w:br/>
              <w:t>15-17</w:t>
            </w:r>
          </w:p>
          <w:p w:rsidR="00B16A0F" w:rsidRDefault="00B16A0F"/>
          <w:p w:rsidR="00B16A0F" w:rsidRPr="00A35038" w:rsidRDefault="00B16A0F" w:rsidP="00B16A0F">
            <w:pPr>
              <w:rPr>
                <w:b/>
              </w:rPr>
            </w:pPr>
            <w:proofErr w:type="spellStart"/>
            <w:r w:rsidRPr="00A35038">
              <w:rPr>
                <w:b/>
              </w:rPr>
              <w:t>Prácticas</w:t>
            </w:r>
            <w:proofErr w:type="spellEnd"/>
            <w:r w:rsidR="007142D7">
              <w:rPr>
                <w:b/>
              </w:rPr>
              <w:t xml:space="preserve"> 1</w:t>
            </w:r>
          </w:p>
          <w:p w:rsidR="00A35038" w:rsidRDefault="00B16A0F" w:rsidP="007B471F">
            <w:r>
              <w:t xml:space="preserve">Sin Prof. </w:t>
            </w:r>
            <w:r>
              <w:br/>
              <w:t>17-20</w:t>
            </w:r>
          </w:p>
        </w:tc>
        <w:tc>
          <w:tcPr>
            <w:tcW w:w="2066" w:type="dxa"/>
          </w:tcPr>
          <w:p w:rsidR="00B16A0F" w:rsidRPr="00A35038" w:rsidRDefault="00B16A0F" w:rsidP="00B16A0F">
            <w:pPr>
              <w:rPr>
                <w:b/>
              </w:rPr>
            </w:pPr>
            <w:proofErr w:type="spellStart"/>
            <w:r w:rsidRPr="00A35038">
              <w:rPr>
                <w:b/>
              </w:rPr>
              <w:t>Química</w:t>
            </w:r>
            <w:proofErr w:type="spellEnd"/>
            <w:r w:rsidRPr="00A35038">
              <w:rPr>
                <w:b/>
              </w:rPr>
              <w:t xml:space="preserve"> I</w:t>
            </w:r>
          </w:p>
          <w:p w:rsidR="00A35038" w:rsidRDefault="00B16A0F" w:rsidP="00B16A0F">
            <w:r w:rsidRPr="00A35038">
              <w:t xml:space="preserve">Prof. </w:t>
            </w:r>
            <w:proofErr w:type="spellStart"/>
            <w:r w:rsidRPr="00A35038">
              <w:t>Vallejos</w:t>
            </w:r>
            <w:proofErr w:type="spellEnd"/>
            <w:r w:rsidRPr="00A35038">
              <w:t xml:space="preserve"> </w:t>
            </w:r>
            <w:r>
              <w:br/>
            </w:r>
            <w:r w:rsidR="00A86FC3">
              <w:t>9</w:t>
            </w:r>
            <w:r w:rsidR="004049B1">
              <w:t>-1</w:t>
            </w:r>
            <w:r w:rsidR="00A86FC3">
              <w:t>2</w:t>
            </w:r>
            <w:r>
              <w:t xml:space="preserve"> </w:t>
            </w:r>
            <w:r w:rsidR="00102379">
              <w:t xml:space="preserve"> Magna</w:t>
            </w:r>
            <w:r w:rsidR="00B34F36">
              <w:br/>
            </w:r>
            <w:r w:rsidR="00B34F36">
              <w:br/>
            </w:r>
            <w:proofErr w:type="spellStart"/>
            <w:r w:rsidR="00B34F36" w:rsidRPr="00A35038">
              <w:rPr>
                <w:b/>
              </w:rPr>
              <w:t>Psicología</w:t>
            </w:r>
            <w:proofErr w:type="spellEnd"/>
          </w:p>
          <w:p w:rsidR="00DF695F" w:rsidRDefault="00A35038">
            <w:r>
              <w:t>Prof. Carvalhosa</w:t>
            </w:r>
            <w:r w:rsidR="00B34F36">
              <w:br/>
              <w:t>13-15</w:t>
            </w:r>
            <w:r>
              <w:t xml:space="preserve"> (aula 6)</w:t>
            </w:r>
          </w:p>
        </w:tc>
        <w:tc>
          <w:tcPr>
            <w:tcW w:w="2179" w:type="dxa"/>
          </w:tcPr>
          <w:p w:rsidR="00A35038" w:rsidRPr="00A35038" w:rsidRDefault="00B34F36">
            <w:pPr>
              <w:rPr>
                <w:b/>
              </w:rPr>
            </w:pPr>
            <w:proofErr w:type="spellStart"/>
            <w:r w:rsidRPr="00A35038">
              <w:rPr>
                <w:b/>
              </w:rPr>
              <w:t>Higiene</w:t>
            </w:r>
            <w:proofErr w:type="spellEnd"/>
            <w:r w:rsidRPr="00A35038">
              <w:rPr>
                <w:b/>
              </w:rPr>
              <w:t xml:space="preserve"> I</w:t>
            </w:r>
          </w:p>
          <w:p w:rsidR="00DF695F" w:rsidRDefault="00A35038">
            <w:r>
              <w:t>Prof. Palacios</w:t>
            </w:r>
            <w:r w:rsidR="00B34F36">
              <w:br/>
              <w:t>17-21</w:t>
            </w:r>
            <w:r>
              <w:t xml:space="preserve"> (magna)</w:t>
            </w:r>
          </w:p>
        </w:tc>
        <w:tc>
          <w:tcPr>
            <w:tcW w:w="2389" w:type="dxa"/>
          </w:tcPr>
          <w:p w:rsidR="00A35038" w:rsidRPr="00A35038" w:rsidRDefault="00B34F36">
            <w:pPr>
              <w:rPr>
                <w:b/>
              </w:rPr>
            </w:pPr>
            <w:proofErr w:type="spellStart"/>
            <w:r w:rsidRPr="00A35038">
              <w:rPr>
                <w:b/>
              </w:rPr>
              <w:t>Comunicación</w:t>
            </w:r>
            <w:proofErr w:type="spellEnd"/>
          </w:p>
          <w:p w:rsidR="00A35038" w:rsidRDefault="00A35038">
            <w:r>
              <w:t>Prof. Carvalhosa</w:t>
            </w:r>
            <w:r w:rsidR="00B34F36">
              <w:br/>
              <w:t>13-15</w:t>
            </w:r>
            <w:r>
              <w:t xml:space="preserve"> (aula 6)</w:t>
            </w:r>
            <w:r w:rsidR="00B34F36">
              <w:br/>
            </w:r>
            <w:r w:rsidR="00B34F36">
              <w:br/>
            </w:r>
            <w:proofErr w:type="spellStart"/>
            <w:r w:rsidR="00B34F36" w:rsidRPr="00A35038">
              <w:rPr>
                <w:b/>
              </w:rPr>
              <w:t>Medicina</w:t>
            </w:r>
            <w:proofErr w:type="spellEnd"/>
            <w:r w:rsidR="00B34F36" w:rsidRPr="00A35038">
              <w:rPr>
                <w:b/>
              </w:rPr>
              <w:t xml:space="preserve"> </w:t>
            </w:r>
            <w:proofErr w:type="spellStart"/>
            <w:r w:rsidR="00B34F36" w:rsidRPr="00A35038">
              <w:rPr>
                <w:b/>
              </w:rPr>
              <w:t>Laboral</w:t>
            </w:r>
            <w:proofErr w:type="spellEnd"/>
          </w:p>
          <w:p w:rsidR="00DF695F" w:rsidRDefault="00A35038">
            <w:r>
              <w:t>Prof. Aguilera (aula6)</w:t>
            </w:r>
            <w:r w:rsidR="00B34F36">
              <w:br/>
              <w:t>15-18</w:t>
            </w:r>
          </w:p>
        </w:tc>
        <w:tc>
          <w:tcPr>
            <w:tcW w:w="2150" w:type="dxa"/>
          </w:tcPr>
          <w:p w:rsidR="00DF695F" w:rsidRDefault="00DF695F"/>
        </w:tc>
        <w:tc>
          <w:tcPr>
            <w:tcW w:w="1530" w:type="dxa"/>
          </w:tcPr>
          <w:p w:rsidR="00DF695F" w:rsidRPr="00433893" w:rsidRDefault="00B34F36">
            <w:pPr>
              <w:rPr>
                <w:sz w:val="28"/>
              </w:rPr>
            </w:pPr>
            <w:r w:rsidRPr="00433893">
              <w:rPr>
                <w:sz w:val="28"/>
              </w:rPr>
              <w:t>Magna/A6</w:t>
            </w:r>
          </w:p>
        </w:tc>
      </w:tr>
      <w:tr w:rsidR="00433893" w:rsidTr="002065BA">
        <w:trPr>
          <w:jc w:val="center"/>
        </w:trPr>
        <w:tc>
          <w:tcPr>
            <w:tcW w:w="800" w:type="dxa"/>
          </w:tcPr>
          <w:p w:rsidR="00433893" w:rsidRPr="00A35038" w:rsidRDefault="00433893" w:rsidP="00433893">
            <w:pPr>
              <w:rPr>
                <w:i/>
                <w:sz w:val="32"/>
              </w:rPr>
            </w:pPr>
            <w:r w:rsidRPr="00A35038">
              <w:rPr>
                <w:i/>
                <w:sz w:val="32"/>
              </w:rPr>
              <w:t>2°</w:t>
            </w:r>
            <w:r>
              <w:rPr>
                <w:i/>
                <w:sz w:val="32"/>
              </w:rPr>
              <w:t>A</w:t>
            </w:r>
          </w:p>
        </w:tc>
        <w:tc>
          <w:tcPr>
            <w:tcW w:w="2062" w:type="dxa"/>
          </w:tcPr>
          <w:p w:rsidR="00433893" w:rsidRPr="00A35038" w:rsidRDefault="00433893" w:rsidP="00B16A0F">
            <w:pPr>
              <w:rPr>
                <w:i/>
              </w:rPr>
            </w:pPr>
          </w:p>
        </w:tc>
        <w:tc>
          <w:tcPr>
            <w:tcW w:w="2066" w:type="dxa"/>
          </w:tcPr>
          <w:p w:rsidR="00433893" w:rsidRPr="00433893" w:rsidRDefault="00433893" w:rsidP="00433893">
            <w:pPr>
              <w:rPr>
                <w:b/>
                <w:i/>
              </w:rPr>
            </w:pPr>
            <w:proofErr w:type="spellStart"/>
            <w:r w:rsidRPr="00433893">
              <w:rPr>
                <w:b/>
                <w:i/>
              </w:rPr>
              <w:t>Seguridad</w:t>
            </w:r>
            <w:proofErr w:type="spellEnd"/>
            <w:r w:rsidRPr="00433893">
              <w:rPr>
                <w:b/>
                <w:i/>
              </w:rPr>
              <w:t xml:space="preserve"> III</w:t>
            </w:r>
          </w:p>
          <w:p w:rsidR="00433893" w:rsidRPr="00A35038" w:rsidRDefault="00433893" w:rsidP="00433893">
            <w:pPr>
              <w:rPr>
                <w:i/>
              </w:rPr>
            </w:pPr>
            <w:r>
              <w:rPr>
                <w:i/>
              </w:rPr>
              <w:t>Prof. Navarro</w:t>
            </w:r>
            <w:r w:rsidRPr="00A35038">
              <w:rPr>
                <w:i/>
              </w:rPr>
              <w:br/>
              <w:t>14-18</w:t>
            </w:r>
          </w:p>
        </w:tc>
        <w:tc>
          <w:tcPr>
            <w:tcW w:w="2179" w:type="dxa"/>
          </w:tcPr>
          <w:p w:rsidR="00433893" w:rsidRPr="00433893" w:rsidRDefault="00433893" w:rsidP="00433893">
            <w:pPr>
              <w:rPr>
                <w:b/>
                <w:i/>
              </w:rPr>
            </w:pPr>
            <w:proofErr w:type="spellStart"/>
            <w:r w:rsidRPr="00433893">
              <w:rPr>
                <w:b/>
                <w:i/>
              </w:rPr>
              <w:t>Inglés</w:t>
            </w:r>
            <w:proofErr w:type="spellEnd"/>
          </w:p>
          <w:p w:rsidR="00433893" w:rsidRDefault="00433893" w:rsidP="00433893">
            <w:pPr>
              <w:rPr>
                <w:i/>
              </w:rPr>
            </w:pPr>
            <w:r>
              <w:rPr>
                <w:i/>
              </w:rPr>
              <w:t xml:space="preserve">Prof. </w:t>
            </w:r>
            <w:proofErr w:type="spellStart"/>
            <w:r>
              <w:rPr>
                <w:i/>
              </w:rPr>
              <w:t>Davico</w:t>
            </w:r>
            <w:proofErr w:type="spellEnd"/>
            <w:r w:rsidR="008A4C57">
              <w:rPr>
                <w:i/>
              </w:rPr>
              <w:t xml:space="preserve"> </w:t>
            </w:r>
            <w:r>
              <w:rPr>
                <w:i/>
              </w:rPr>
              <w:t>8-10</w:t>
            </w:r>
          </w:p>
          <w:p w:rsidR="00433893" w:rsidRDefault="00433893" w:rsidP="00433893">
            <w:pPr>
              <w:rPr>
                <w:i/>
              </w:rPr>
            </w:pPr>
          </w:p>
          <w:p w:rsidR="00433893" w:rsidRPr="00433893" w:rsidRDefault="00433893" w:rsidP="00433893">
            <w:pPr>
              <w:rPr>
                <w:b/>
                <w:i/>
              </w:rPr>
            </w:pPr>
            <w:proofErr w:type="spellStart"/>
            <w:r w:rsidRPr="00433893">
              <w:rPr>
                <w:b/>
                <w:i/>
              </w:rPr>
              <w:t>Prácticas</w:t>
            </w:r>
            <w:proofErr w:type="spellEnd"/>
            <w:r w:rsidRPr="00433893">
              <w:rPr>
                <w:b/>
                <w:i/>
              </w:rPr>
              <w:t xml:space="preserve"> II</w:t>
            </w:r>
          </w:p>
          <w:p w:rsidR="00433893" w:rsidRPr="00A35038" w:rsidRDefault="00A71926" w:rsidP="00433893">
            <w:pPr>
              <w:rPr>
                <w:i/>
              </w:rPr>
            </w:pPr>
            <w:r>
              <w:rPr>
                <w:i/>
              </w:rPr>
              <w:t>Prof. Morales   11-14</w:t>
            </w:r>
          </w:p>
        </w:tc>
        <w:tc>
          <w:tcPr>
            <w:tcW w:w="2389" w:type="dxa"/>
          </w:tcPr>
          <w:p w:rsidR="00433893" w:rsidRPr="00433893" w:rsidRDefault="00433893" w:rsidP="00433893">
            <w:pPr>
              <w:rPr>
                <w:b/>
                <w:i/>
              </w:rPr>
            </w:pPr>
            <w:proofErr w:type="spellStart"/>
            <w:r w:rsidRPr="00433893">
              <w:rPr>
                <w:b/>
                <w:i/>
              </w:rPr>
              <w:t>Trabajo</w:t>
            </w:r>
            <w:proofErr w:type="spellEnd"/>
            <w:r w:rsidRPr="00433893">
              <w:rPr>
                <w:b/>
                <w:i/>
              </w:rPr>
              <w:t xml:space="preserve"> y </w:t>
            </w:r>
            <w:proofErr w:type="spellStart"/>
            <w:r w:rsidRPr="00433893">
              <w:rPr>
                <w:b/>
                <w:i/>
              </w:rPr>
              <w:t>Ergonomía</w:t>
            </w:r>
            <w:proofErr w:type="spellEnd"/>
          </w:p>
          <w:p w:rsidR="00433893" w:rsidRDefault="00433893" w:rsidP="00433893">
            <w:pPr>
              <w:rPr>
                <w:i/>
              </w:rPr>
            </w:pPr>
            <w:r>
              <w:rPr>
                <w:i/>
              </w:rPr>
              <w:t xml:space="preserve">Prof. </w:t>
            </w:r>
            <w:r w:rsidR="00E96D81">
              <w:rPr>
                <w:i/>
              </w:rPr>
              <w:t>Profesor</w:t>
            </w:r>
            <w:bookmarkStart w:id="0" w:name="_GoBack"/>
            <w:bookmarkEnd w:id="0"/>
            <w:r w:rsidR="008A4C57">
              <w:rPr>
                <w:i/>
              </w:rPr>
              <w:t xml:space="preserve">  </w:t>
            </w:r>
            <w:r>
              <w:rPr>
                <w:i/>
              </w:rPr>
              <w:t>14-18</w:t>
            </w:r>
          </w:p>
          <w:p w:rsidR="00433893" w:rsidRDefault="00433893" w:rsidP="00433893">
            <w:pPr>
              <w:rPr>
                <w:i/>
              </w:rPr>
            </w:pPr>
          </w:p>
          <w:p w:rsidR="00433893" w:rsidRPr="00433893" w:rsidRDefault="00433893" w:rsidP="00433893">
            <w:pPr>
              <w:rPr>
                <w:b/>
                <w:i/>
              </w:rPr>
            </w:pPr>
            <w:proofErr w:type="spellStart"/>
            <w:r w:rsidRPr="00433893">
              <w:rPr>
                <w:b/>
                <w:i/>
              </w:rPr>
              <w:t>Química</w:t>
            </w:r>
            <w:proofErr w:type="spellEnd"/>
            <w:r w:rsidRPr="00433893">
              <w:rPr>
                <w:b/>
                <w:i/>
              </w:rPr>
              <w:t xml:space="preserve"> II</w:t>
            </w:r>
          </w:p>
          <w:p w:rsidR="00433893" w:rsidRPr="00A35038" w:rsidRDefault="00433893" w:rsidP="00433893">
            <w:pPr>
              <w:rPr>
                <w:i/>
              </w:rPr>
            </w:pPr>
            <w:r>
              <w:rPr>
                <w:i/>
              </w:rPr>
              <w:t xml:space="preserve">Prof. </w:t>
            </w:r>
            <w:proofErr w:type="spellStart"/>
            <w:r>
              <w:rPr>
                <w:i/>
              </w:rPr>
              <w:t>Vallejos</w:t>
            </w:r>
            <w:proofErr w:type="spellEnd"/>
            <w:r>
              <w:rPr>
                <w:i/>
              </w:rPr>
              <w:t xml:space="preserve">   </w:t>
            </w:r>
            <w:r w:rsidRPr="00433893">
              <w:rPr>
                <w:i/>
              </w:rPr>
              <w:t>18-21</w:t>
            </w:r>
          </w:p>
        </w:tc>
        <w:tc>
          <w:tcPr>
            <w:tcW w:w="2150" w:type="dxa"/>
          </w:tcPr>
          <w:p w:rsidR="00433893" w:rsidRPr="00433893" w:rsidRDefault="00433893" w:rsidP="00433893">
            <w:pPr>
              <w:rPr>
                <w:b/>
                <w:i/>
              </w:rPr>
            </w:pPr>
            <w:proofErr w:type="spellStart"/>
            <w:r w:rsidRPr="00433893">
              <w:rPr>
                <w:b/>
                <w:i/>
              </w:rPr>
              <w:t>Higiene</w:t>
            </w:r>
            <w:proofErr w:type="spellEnd"/>
            <w:r w:rsidRPr="00433893">
              <w:rPr>
                <w:b/>
                <w:i/>
              </w:rPr>
              <w:t xml:space="preserve"> II</w:t>
            </w:r>
          </w:p>
          <w:p w:rsidR="00433893" w:rsidRPr="00A35038" w:rsidRDefault="00433893" w:rsidP="00E96D81">
            <w:pPr>
              <w:rPr>
                <w:i/>
              </w:rPr>
            </w:pPr>
            <w:r>
              <w:rPr>
                <w:i/>
              </w:rPr>
              <w:t xml:space="preserve">Prof. </w:t>
            </w:r>
            <w:r w:rsidR="00E96D81">
              <w:rPr>
                <w:i/>
              </w:rPr>
              <w:t xml:space="preserve">Sin </w:t>
            </w:r>
            <w:proofErr w:type="spellStart"/>
            <w:r w:rsidR="00E96D81">
              <w:rPr>
                <w:i/>
              </w:rPr>
              <w:t>Profesor</w:t>
            </w:r>
            <w:proofErr w:type="spellEnd"/>
            <w:r w:rsidRPr="00A35038">
              <w:rPr>
                <w:i/>
              </w:rPr>
              <w:br/>
              <w:t>9-13</w:t>
            </w:r>
          </w:p>
        </w:tc>
        <w:tc>
          <w:tcPr>
            <w:tcW w:w="1530" w:type="dxa"/>
          </w:tcPr>
          <w:p w:rsidR="00433893" w:rsidRPr="00433893" w:rsidRDefault="00433893" w:rsidP="00433893">
            <w:pPr>
              <w:rPr>
                <w:i/>
                <w:sz w:val="28"/>
              </w:rPr>
            </w:pPr>
            <w:r w:rsidRPr="00433893">
              <w:rPr>
                <w:i/>
                <w:sz w:val="28"/>
              </w:rPr>
              <w:t>Aula 1</w:t>
            </w:r>
          </w:p>
        </w:tc>
      </w:tr>
      <w:tr w:rsidR="00433893" w:rsidTr="002065BA">
        <w:trPr>
          <w:trHeight w:val="1651"/>
          <w:jc w:val="center"/>
        </w:trPr>
        <w:tc>
          <w:tcPr>
            <w:tcW w:w="800" w:type="dxa"/>
          </w:tcPr>
          <w:p w:rsidR="00433893" w:rsidRPr="00A35038" w:rsidRDefault="00433893" w:rsidP="00433893">
            <w:pPr>
              <w:rPr>
                <w:sz w:val="32"/>
              </w:rPr>
            </w:pPr>
          </w:p>
          <w:p w:rsidR="00433893" w:rsidRPr="00A35038" w:rsidRDefault="00433893" w:rsidP="00433893">
            <w:pPr>
              <w:rPr>
                <w:sz w:val="32"/>
              </w:rPr>
            </w:pPr>
            <w:r>
              <w:rPr>
                <w:sz w:val="32"/>
              </w:rPr>
              <w:t>2ºB</w:t>
            </w:r>
          </w:p>
          <w:p w:rsidR="00433893" w:rsidRPr="00A35038" w:rsidRDefault="00433893" w:rsidP="00433893">
            <w:pPr>
              <w:rPr>
                <w:sz w:val="32"/>
              </w:rPr>
            </w:pPr>
          </w:p>
        </w:tc>
        <w:tc>
          <w:tcPr>
            <w:tcW w:w="2062" w:type="dxa"/>
          </w:tcPr>
          <w:p w:rsidR="00A55631" w:rsidRDefault="00A55631" w:rsidP="00433893">
            <w:pPr>
              <w:rPr>
                <w:b/>
                <w:i/>
              </w:rPr>
            </w:pPr>
            <w:proofErr w:type="spellStart"/>
            <w:r w:rsidRPr="00032AA8">
              <w:rPr>
                <w:b/>
                <w:i/>
              </w:rPr>
              <w:t>Química</w:t>
            </w:r>
            <w:proofErr w:type="spellEnd"/>
            <w:r w:rsidRPr="00032AA8">
              <w:rPr>
                <w:b/>
                <w:i/>
              </w:rPr>
              <w:t xml:space="preserve"> II</w:t>
            </w:r>
            <w:r w:rsidRPr="00032AA8">
              <w:rPr>
                <w:b/>
                <w:i/>
              </w:rPr>
              <w:br/>
            </w:r>
            <w:r w:rsidRPr="00A55631">
              <w:rPr>
                <w:i/>
              </w:rPr>
              <w:t xml:space="preserve">Prof. </w:t>
            </w:r>
            <w:proofErr w:type="spellStart"/>
            <w:r w:rsidRPr="00A55631">
              <w:rPr>
                <w:i/>
              </w:rPr>
              <w:t>Vallejos</w:t>
            </w:r>
            <w:proofErr w:type="spellEnd"/>
          </w:p>
          <w:p w:rsidR="00A55631" w:rsidRDefault="00A55631" w:rsidP="00433893">
            <w:pPr>
              <w:rPr>
                <w:b/>
                <w:i/>
              </w:rPr>
            </w:pPr>
            <w:r>
              <w:rPr>
                <w:i/>
              </w:rPr>
              <w:t>10-13</w:t>
            </w:r>
          </w:p>
          <w:p w:rsidR="00433893" w:rsidRPr="00433893" w:rsidRDefault="00433893" w:rsidP="00433893">
            <w:pPr>
              <w:rPr>
                <w:b/>
                <w:i/>
              </w:rPr>
            </w:pPr>
            <w:proofErr w:type="spellStart"/>
            <w:r w:rsidRPr="00433893">
              <w:rPr>
                <w:b/>
                <w:i/>
              </w:rPr>
              <w:t>Seguridad</w:t>
            </w:r>
            <w:proofErr w:type="spellEnd"/>
            <w:r w:rsidRPr="00433893">
              <w:rPr>
                <w:b/>
                <w:i/>
              </w:rPr>
              <w:t xml:space="preserve"> III</w:t>
            </w:r>
          </w:p>
          <w:p w:rsidR="00433893" w:rsidRPr="00A35038" w:rsidRDefault="00433893" w:rsidP="00433893">
            <w:pPr>
              <w:rPr>
                <w:i/>
              </w:rPr>
            </w:pPr>
            <w:r>
              <w:rPr>
                <w:i/>
              </w:rPr>
              <w:t>Prof. Navarro</w:t>
            </w:r>
            <w:r w:rsidRPr="00A35038">
              <w:rPr>
                <w:i/>
              </w:rPr>
              <w:br/>
              <w:t xml:space="preserve">14-18 </w:t>
            </w:r>
          </w:p>
        </w:tc>
        <w:tc>
          <w:tcPr>
            <w:tcW w:w="2066" w:type="dxa"/>
          </w:tcPr>
          <w:p w:rsidR="00433893" w:rsidRDefault="00433893" w:rsidP="00433893">
            <w:pPr>
              <w:rPr>
                <w:i/>
              </w:rPr>
            </w:pPr>
            <w:proofErr w:type="spellStart"/>
            <w:r w:rsidRPr="00433893">
              <w:rPr>
                <w:b/>
                <w:i/>
              </w:rPr>
              <w:t>Higiene</w:t>
            </w:r>
            <w:proofErr w:type="spellEnd"/>
            <w:r w:rsidRPr="00433893">
              <w:rPr>
                <w:b/>
                <w:i/>
              </w:rPr>
              <w:t xml:space="preserve"> II</w:t>
            </w:r>
            <w:r>
              <w:rPr>
                <w:i/>
              </w:rPr>
              <w:t xml:space="preserve"> </w:t>
            </w:r>
          </w:p>
          <w:p w:rsidR="00433893" w:rsidRPr="00A35038" w:rsidRDefault="00433893" w:rsidP="009C5D57">
            <w:pPr>
              <w:rPr>
                <w:i/>
              </w:rPr>
            </w:pPr>
            <w:r>
              <w:rPr>
                <w:i/>
              </w:rPr>
              <w:t xml:space="preserve">Prof. </w:t>
            </w:r>
            <w:r w:rsidR="009C5D57">
              <w:rPr>
                <w:i/>
              </w:rPr>
              <w:t xml:space="preserve">Sin </w:t>
            </w:r>
            <w:proofErr w:type="spellStart"/>
            <w:r w:rsidR="009C5D57">
              <w:rPr>
                <w:i/>
              </w:rPr>
              <w:t>Profesor</w:t>
            </w:r>
            <w:proofErr w:type="spellEnd"/>
            <w:r w:rsidRPr="00A35038">
              <w:rPr>
                <w:i/>
              </w:rPr>
              <w:br/>
              <w:t>9-13</w:t>
            </w:r>
          </w:p>
        </w:tc>
        <w:tc>
          <w:tcPr>
            <w:tcW w:w="2179" w:type="dxa"/>
          </w:tcPr>
          <w:p w:rsidR="00433893" w:rsidRPr="00433893" w:rsidRDefault="00433893" w:rsidP="00433893">
            <w:pPr>
              <w:rPr>
                <w:b/>
                <w:i/>
              </w:rPr>
            </w:pPr>
            <w:proofErr w:type="spellStart"/>
            <w:r w:rsidRPr="00433893">
              <w:rPr>
                <w:b/>
                <w:i/>
              </w:rPr>
              <w:t>Prácticas</w:t>
            </w:r>
            <w:proofErr w:type="spellEnd"/>
            <w:r w:rsidRPr="00433893">
              <w:rPr>
                <w:b/>
                <w:i/>
              </w:rPr>
              <w:t xml:space="preserve"> II</w:t>
            </w:r>
          </w:p>
          <w:p w:rsidR="00433893" w:rsidRDefault="00433893" w:rsidP="00433893">
            <w:pPr>
              <w:rPr>
                <w:i/>
              </w:rPr>
            </w:pPr>
            <w:r>
              <w:rPr>
                <w:i/>
              </w:rPr>
              <w:t xml:space="preserve">Prof. Morales    </w:t>
            </w:r>
            <w:r w:rsidRPr="00A35038">
              <w:rPr>
                <w:i/>
              </w:rPr>
              <w:t>8-11</w:t>
            </w:r>
            <w:r w:rsidRPr="00A35038">
              <w:rPr>
                <w:i/>
              </w:rPr>
              <w:br/>
            </w:r>
            <w:r w:rsidRPr="00A35038">
              <w:rPr>
                <w:i/>
              </w:rPr>
              <w:br/>
            </w:r>
            <w:proofErr w:type="spellStart"/>
            <w:r w:rsidRPr="00433893">
              <w:rPr>
                <w:b/>
                <w:i/>
              </w:rPr>
              <w:t>Inglés</w:t>
            </w:r>
            <w:proofErr w:type="spellEnd"/>
            <w:r w:rsidRPr="00433893">
              <w:rPr>
                <w:b/>
                <w:i/>
              </w:rPr>
              <w:t xml:space="preserve"> </w:t>
            </w:r>
          </w:p>
          <w:p w:rsidR="00433893" w:rsidRPr="00A35038" w:rsidRDefault="00433893" w:rsidP="00433893">
            <w:pPr>
              <w:rPr>
                <w:i/>
              </w:rPr>
            </w:pPr>
            <w:r>
              <w:rPr>
                <w:i/>
              </w:rPr>
              <w:t xml:space="preserve">Prof. </w:t>
            </w:r>
            <w:proofErr w:type="spellStart"/>
            <w:r>
              <w:rPr>
                <w:i/>
              </w:rPr>
              <w:t>Davico</w:t>
            </w:r>
            <w:proofErr w:type="spellEnd"/>
            <w:r>
              <w:rPr>
                <w:i/>
              </w:rPr>
              <w:t xml:space="preserve">     </w:t>
            </w:r>
            <w:r w:rsidRPr="00A35038">
              <w:rPr>
                <w:i/>
              </w:rPr>
              <w:t>11-13</w:t>
            </w:r>
          </w:p>
        </w:tc>
        <w:tc>
          <w:tcPr>
            <w:tcW w:w="2389" w:type="dxa"/>
          </w:tcPr>
          <w:p w:rsidR="00433893" w:rsidRPr="00A35038" w:rsidRDefault="00433893" w:rsidP="00433893">
            <w:pPr>
              <w:rPr>
                <w:i/>
              </w:rPr>
            </w:pPr>
          </w:p>
        </w:tc>
        <w:tc>
          <w:tcPr>
            <w:tcW w:w="2150" w:type="dxa"/>
          </w:tcPr>
          <w:p w:rsidR="00032AA8" w:rsidRDefault="00032AA8" w:rsidP="00433893">
            <w:pPr>
              <w:rPr>
                <w:i/>
              </w:rPr>
            </w:pPr>
          </w:p>
          <w:p w:rsidR="00433893" w:rsidRPr="00433893" w:rsidRDefault="00433893" w:rsidP="00433893">
            <w:pPr>
              <w:rPr>
                <w:b/>
                <w:i/>
              </w:rPr>
            </w:pPr>
            <w:proofErr w:type="spellStart"/>
            <w:r w:rsidRPr="00433893">
              <w:rPr>
                <w:b/>
                <w:i/>
              </w:rPr>
              <w:t>Trabajo</w:t>
            </w:r>
            <w:proofErr w:type="spellEnd"/>
            <w:r w:rsidRPr="00433893">
              <w:rPr>
                <w:b/>
                <w:i/>
              </w:rPr>
              <w:t xml:space="preserve"> y </w:t>
            </w:r>
            <w:proofErr w:type="spellStart"/>
            <w:r w:rsidRPr="00433893">
              <w:rPr>
                <w:b/>
                <w:i/>
              </w:rPr>
              <w:t>Ergonomía</w:t>
            </w:r>
            <w:proofErr w:type="spellEnd"/>
          </w:p>
          <w:p w:rsidR="00433893" w:rsidRPr="00A35038" w:rsidRDefault="00433893" w:rsidP="009C5D57">
            <w:pPr>
              <w:rPr>
                <w:i/>
              </w:rPr>
            </w:pPr>
            <w:r>
              <w:rPr>
                <w:i/>
              </w:rPr>
              <w:t xml:space="preserve">Prof. </w:t>
            </w:r>
            <w:r w:rsidR="009C5D57">
              <w:rPr>
                <w:i/>
              </w:rPr>
              <w:t xml:space="preserve">Sin </w:t>
            </w:r>
            <w:proofErr w:type="spellStart"/>
            <w:r w:rsidR="009C5D57">
              <w:rPr>
                <w:i/>
              </w:rPr>
              <w:t>Profesor</w:t>
            </w:r>
            <w:proofErr w:type="spellEnd"/>
            <w:r w:rsidR="008A4C57">
              <w:rPr>
                <w:i/>
              </w:rPr>
              <w:t xml:space="preserve"> </w:t>
            </w:r>
            <w:r w:rsidR="00032AA8">
              <w:rPr>
                <w:i/>
              </w:rPr>
              <w:t>1</w:t>
            </w:r>
            <w:r w:rsidR="00A55631">
              <w:rPr>
                <w:i/>
              </w:rPr>
              <w:t>4-17</w:t>
            </w:r>
          </w:p>
        </w:tc>
        <w:tc>
          <w:tcPr>
            <w:tcW w:w="1530" w:type="dxa"/>
          </w:tcPr>
          <w:p w:rsidR="00433893" w:rsidRDefault="00433893" w:rsidP="00433893">
            <w:r w:rsidRPr="008A4C57">
              <w:rPr>
                <w:sz w:val="28"/>
              </w:rPr>
              <w:t>Aula 7</w:t>
            </w:r>
          </w:p>
        </w:tc>
      </w:tr>
      <w:tr w:rsidR="00433893" w:rsidTr="002065BA">
        <w:trPr>
          <w:trHeight w:val="682"/>
          <w:jc w:val="center"/>
        </w:trPr>
        <w:tc>
          <w:tcPr>
            <w:tcW w:w="800" w:type="dxa"/>
          </w:tcPr>
          <w:p w:rsidR="00433893" w:rsidRDefault="00433893" w:rsidP="00433893">
            <w:r w:rsidRPr="007C44D5">
              <w:rPr>
                <w:sz w:val="32"/>
              </w:rPr>
              <w:t>3°</w:t>
            </w:r>
          </w:p>
        </w:tc>
        <w:tc>
          <w:tcPr>
            <w:tcW w:w="2062" w:type="dxa"/>
          </w:tcPr>
          <w:p w:rsidR="00433893" w:rsidRDefault="00433893" w:rsidP="00433893"/>
        </w:tc>
        <w:tc>
          <w:tcPr>
            <w:tcW w:w="2066" w:type="dxa"/>
          </w:tcPr>
          <w:p w:rsidR="008A4C57" w:rsidRPr="008A4C57" w:rsidRDefault="00433893" w:rsidP="00433893">
            <w:pPr>
              <w:rPr>
                <w:b/>
              </w:rPr>
            </w:pPr>
            <w:proofErr w:type="spellStart"/>
            <w:r w:rsidRPr="008A4C57">
              <w:rPr>
                <w:b/>
              </w:rPr>
              <w:t>Prácticas</w:t>
            </w:r>
            <w:proofErr w:type="spellEnd"/>
            <w:r w:rsidRPr="008A4C57">
              <w:rPr>
                <w:b/>
              </w:rPr>
              <w:t xml:space="preserve"> III</w:t>
            </w:r>
          </w:p>
          <w:p w:rsidR="00433893" w:rsidRDefault="008A4C57" w:rsidP="00433893">
            <w:r>
              <w:t>Prof. Palacios</w:t>
            </w:r>
            <w:r w:rsidR="00433893">
              <w:br/>
              <w:t>17-21</w:t>
            </w:r>
          </w:p>
        </w:tc>
        <w:tc>
          <w:tcPr>
            <w:tcW w:w="2179" w:type="dxa"/>
          </w:tcPr>
          <w:p w:rsidR="007F7B2F" w:rsidRPr="008A4C57" w:rsidRDefault="007F7B2F" w:rsidP="007F7B2F">
            <w:pPr>
              <w:rPr>
                <w:b/>
              </w:rPr>
            </w:pPr>
            <w:proofErr w:type="spellStart"/>
            <w:r w:rsidRPr="008A4C57">
              <w:rPr>
                <w:b/>
              </w:rPr>
              <w:t>Sistemas</w:t>
            </w:r>
            <w:proofErr w:type="spellEnd"/>
            <w:r w:rsidRPr="008A4C57">
              <w:rPr>
                <w:b/>
              </w:rPr>
              <w:t xml:space="preserve"> </w:t>
            </w:r>
            <w:r>
              <w:rPr>
                <w:b/>
              </w:rPr>
              <w:t>Int.</w:t>
            </w:r>
          </w:p>
          <w:p w:rsidR="007F7B2F" w:rsidRDefault="007F7B2F" w:rsidP="007F7B2F">
            <w:pPr>
              <w:rPr>
                <w:b/>
              </w:rPr>
            </w:pPr>
            <w:r>
              <w:t xml:space="preserve">Prof. </w:t>
            </w:r>
            <w:proofErr w:type="spellStart"/>
            <w:r>
              <w:t>Bahmuller</w:t>
            </w:r>
            <w:proofErr w:type="spellEnd"/>
            <w:r>
              <w:t xml:space="preserve"> 9-13</w:t>
            </w:r>
            <w:r w:rsidR="00433893">
              <w:br/>
            </w:r>
          </w:p>
          <w:p w:rsidR="00433893" w:rsidRDefault="00433893" w:rsidP="007F7B2F">
            <w:proofErr w:type="spellStart"/>
            <w:r w:rsidRPr="008A4C57">
              <w:rPr>
                <w:b/>
              </w:rPr>
              <w:t>Seguridad</w:t>
            </w:r>
            <w:proofErr w:type="spellEnd"/>
            <w:r w:rsidRPr="008A4C57">
              <w:rPr>
                <w:b/>
              </w:rPr>
              <w:t xml:space="preserve"> V</w:t>
            </w:r>
            <w:r w:rsidR="008A4C57">
              <w:t xml:space="preserve"> Prof. </w:t>
            </w:r>
            <w:proofErr w:type="spellStart"/>
            <w:r w:rsidR="008A4C57">
              <w:lastRenderedPageBreak/>
              <w:t>Curilen</w:t>
            </w:r>
            <w:proofErr w:type="spellEnd"/>
            <w:r w:rsidR="008A4C57">
              <w:t xml:space="preserve">   </w:t>
            </w:r>
            <w:r>
              <w:t>13-17</w:t>
            </w:r>
          </w:p>
        </w:tc>
        <w:tc>
          <w:tcPr>
            <w:tcW w:w="2389" w:type="dxa"/>
          </w:tcPr>
          <w:p w:rsidR="007F7B2F" w:rsidRDefault="007F7B2F" w:rsidP="007F7B2F">
            <w:pPr>
              <w:rPr>
                <w:b/>
              </w:rPr>
            </w:pPr>
            <w:proofErr w:type="spellStart"/>
            <w:r w:rsidRPr="008A4C57">
              <w:rPr>
                <w:b/>
              </w:rPr>
              <w:lastRenderedPageBreak/>
              <w:t>Ética</w:t>
            </w:r>
            <w:proofErr w:type="spellEnd"/>
            <w:r>
              <w:rPr>
                <w:b/>
              </w:rPr>
              <w:t xml:space="preserve">   </w:t>
            </w:r>
          </w:p>
          <w:p w:rsidR="00433893" w:rsidRDefault="007F7B2F" w:rsidP="007F7B2F">
            <w:r>
              <w:t>Prof. Heim  10-12</w:t>
            </w:r>
            <w:r w:rsidR="00433893">
              <w:br/>
            </w:r>
            <w:r w:rsidR="00433893">
              <w:br/>
            </w:r>
            <w:proofErr w:type="spellStart"/>
            <w:r w:rsidR="00433893" w:rsidRPr="008A4C57">
              <w:rPr>
                <w:b/>
              </w:rPr>
              <w:t>Higiene</w:t>
            </w:r>
            <w:proofErr w:type="spellEnd"/>
            <w:r w:rsidR="00433893" w:rsidRPr="008A4C57">
              <w:rPr>
                <w:b/>
              </w:rPr>
              <w:t xml:space="preserve"> III</w:t>
            </w:r>
            <w:r w:rsidR="008A4C57">
              <w:t xml:space="preserve"> Prof. </w:t>
            </w:r>
            <w:proofErr w:type="spellStart"/>
            <w:r w:rsidR="008A4C57">
              <w:t>Curilen</w:t>
            </w:r>
            <w:proofErr w:type="spellEnd"/>
            <w:r>
              <w:t xml:space="preserve">  </w:t>
            </w:r>
            <w:r w:rsidR="00433893">
              <w:t>13-17</w:t>
            </w:r>
          </w:p>
        </w:tc>
        <w:tc>
          <w:tcPr>
            <w:tcW w:w="2150" w:type="dxa"/>
          </w:tcPr>
          <w:p w:rsidR="00433893" w:rsidRDefault="00433893" w:rsidP="00433893"/>
        </w:tc>
        <w:tc>
          <w:tcPr>
            <w:tcW w:w="1530" w:type="dxa"/>
          </w:tcPr>
          <w:p w:rsidR="00433893" w:rsidRDefault="00433893" w:rsidP="00433893">
            <w:r w:rsidRPr="008A4C57">
              <w:rPr>
                <w:sz w:val="28"/>
              </w:rPr>
              <w:t>Magna</w:t>
            </w:r>
          </w:p>
        </w:tc>
      </w:tr>
    </w:tbl>
    <w:p w:rsidR="00B34F36" w:rsidRDefault="00B34F36"/>
    <w:sectPr w:rsidR="00B34F36" w:rsidSect="00433893">
      <w:pgSz w:w="15840" w:h="12240" w:orient="landscape"/>
      <w:pgMar w:top="709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2AA8"/>
    <w:rsid w:val="00034616"/>
    <w:rsid w:val="0006063C"/>
    <w:rsid w:val="00102379"/>
    <w:rsid w:val="0015074B"/>
    <w:rsid w:val="00191AFE"/>
    <w:rsid w:val="001D303C"/>
    <w:rsid w:val="002065BA"/>
    <w:rsid w:val="0029639D"/>
    <w:rsid w:val="00326F90"/>
    <w:rsid w:val="003E2BCB"/>
    <w:rsid w:val="004049B1"/>
    <w:rsid w:val="00433893"/>
    <w:rsid w:val="007142D7"/>
    <w:rsid w:val="007B471F"/>
    <w:rsid w:val="007C44D5"/>
    <w:rsid w:val="007F7B2F"/>
    <w:rsid w:val="008A4C57"/>
    <w:rsid w:val="009C5D57"/>
    <w:rsid w:val="00A35038"/>
    <w:rsid w:val="00A55631"/>
    <w:rsid w:val="00A710D0"/>
    <w:rsid w:val="00A71926"/>
    <w:rsid w:val="00A86FC3"/>
    <w:rsid w:val="00AA1D8D"/>
    <w:rsid w:val="00B16A0F"/>
    <w:rsid w:val="00B34F36"/>
    <w:rsid w:val="00B47730"/>
    <w:rsid w:val="00CB0664"/>
    <w:rsid w:val="00CB44E5"/>
    <w:rsid w:val="00D95039"/>
    <w:rsid w:val="00DF695F"/>
    <w:rsid w:val="00E96D8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AD47F4F8-26BA-4807-A35D-72B504E8C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uesto">
    <w:name w:val="Title"/>
    <w:basedOn w:val="Normal"/>
    <w:next w:val="Normal"/>
    <w:link w:val="Puest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uestoCar">
    <w:name w:val="Puesto Car"/>
    <w:basedOn w:val="Fuentedeprrafopredeter"/>
    <w:link w:val="Puest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4049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49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E0B7641-B89A-4C1C-81B1-96CF3BDFC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196</Words>
  <Characters>1079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1273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Full name</cp:lastModifiedBy>
  <cp:revision>20</cp:revision>
  <cp:lastPrinted>2026-07-31T21:08:00Z</cp:lastPrinted>
  <dcterms:created xsi:type="dcterms:W3CDTF">2026-07-02T14:49:00Z</dcterms:created>
  <dcterms:modified xsi:type="dcterms:W3CDTF">2026-08-03T13:45:00Z</dcterms:modified>
  <cp:category/>
</cp:coreProperties>
</file>